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46DB3" w14:textId="77777777" w:rsidR="00537786" w:rsidRPr="008450D3" w:rsidRDefault="00537786" w:rsidP="00537786">
      <w:pPr>
        <w:spacing w:after="0"/>
        <w:jc w:val="both"/>
        <w:rPr>
          <w:sz w:val="16"/>
          <w:szCs w:val="16"/>
        </w:rPr>
      </w:pPr>
    </w:p>
    <w:p w14:paraId="490837A0" w14:textId="36DABEA5" w:rsidR="008F0FBE" w:rsidRPr="008450D3" w:rsidRDefault="00537786" w:rsidP="001F60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spacing w:after="0" w:line="240" w:lineRule="auto"/>
        <w:ind w:left="-709" w:right="-801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>LUGAR Y FECHA DE LA PRESENTACIÓN DEL RECURSO DE REVISIÓN:</w:t>
      </w:r>
    </w:p>
    <w:p w14:paraId="03DFED74" w14:textId="77777777" w:rsidR="00537786" w:rsidRPr="008450D3" w:rsidRDefault="00537786" w:rsidP="001F60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-709" w:right="-801"/>
        <w:jc w:val="both"/>
        <w:rPr>
          <w:b/>
        </w:rPr>
      </w:pPr>
    </w:p>
    <w:p w14:paraId="1E6A82E3" w14:textId="0C822E8D" w:rsidR="00537786" w:rsidRPr="008450D3" w:rsidRDefault="00537786" w:rsidP="001F60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-709" w:right="-801"/>
        <w:jc w:val="both"/>
        <w:rPr>
          <w:b/>
          <w:sz w:val="16"/>
          <w:szCs w:val="16"/>
        </w:rPr>
      </w:pPr>
      <w:r w:rsidRPr="008450D3">
        <w:rPr>
          <w:sz w:val="16"/>
          <w:szCs w:val="16"/>
        </w:rPr>
        <w:t xml:space="preserve">De conformidad con las disposiciones aplicables de la Ley de Protección de Datos Personales en Posesión de Sujetos Obligados del Estado de Quintana Roo, la </w:t>
      </w:r>
      <w:r w:rsidR="008450D3">
        <w:rPr>
          <w:sz w:val="16"/>
          <w:szCs w:val="16"/>
        </w:rPr>
        <w:t>A</w:t>
      </w:r>
      <w:r w:rsidRPr="008450D3">
        <w:rPr>
          <w:sz w:val="16"/>
          <w:szCs w:val="16"/>
        </w:rPr>
        <w:t xml:space="preserve">utoridad </w:t>
      </w:r>
      <w:r w:rsidR="008450D3">
        <w:rPr>
          <w:sz w:val="16"/>
          <w:szCs w:val="16"/>
        </w:rPr>
        <w:t>G</w:t>
      </w:r>
      <w:r w:rsidRPr="008450D3">
        <w:rPr>
          <w:sz w:val="16"/>
          <w:szCs w:val="16"/>
        </w:rPr>
        <w:t xml:space="preserve">arante </w:t>
      </w:r>
      <w:r w:rsidR="008450D3">
        <w:rPr>
          <w:sz w:val="16"/>
          <w:szCs w:val="16"/>
        </w:rPr>
        <w:t xml:space="preserve">Estatal </w:t>
      </w:r>
      <w:r w:rsidRPr="008450D3">
        <w:rPr>
          <w:sz w:val="16"/>
          <w:szCs w:val="16"/>
        </w:rPr>
        <w:t>competente tiene atribuciones para conocer, sustanciar y resolver los recursos de revisión que interpongan las personas titulares de los datos personales.</w:t>
      </w:r>
    </w:p>
    <w:p w14:paraId="5C5008EE" w14:textId="77777777" w:rsidR="008F0FBE" w:rsidRPr="008450D3" w:rsidRDefault="008F0FBE" w:rsidP="00D40ED4">
      <w:pPr>
        <w:spacing w:after="0" w:line="240" w:lineRule="auto"/>
        <w:ind w:right="-801"/>
        <w:jc w:val="both"/>
        <w:rPr>
          <w:b/>
          <w:sz w:val="18"/>
          <w:szCs w:val="18"/>
        </w:rPr>
      </w:pPr>
    </w:p>
    <w:p w14:paraId="33C0278E" w14:textId="087BB977" w:rsidR="004859E1" w:rsidRDefault="004D54B3" w:rsidP="008F0FBE">
      <w:pPr>
        <w:spacing w:after="0" w:line="240" w:lineRule="auto"/>
        <w:ind w:left="-709" w:right="-801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>EL ÁREA RESPONS</w:t>
      </w:r>
      <w:r w:rsidR="008F0FBE" w:rsidRPr="008450D3">
        <w:rPr>
          <w:b/>
          <w:sz w:val="18"/>
          <w:szCs w:val="18"/>
        </w:rPr>
        <w:t>A</w:t>
      </w:r>
      <w:r w:rsidRPr="008450D3">
        <w:rPr>
          <w:b/>
          <w:sz w:val="18"/>
          <w:szCs w:val="18"/>
        </w:rPr>
        <w:t>BLE (SUJETO OBLIGADO) ANTE QUIEN SE PRESENTÓ LA SOLICITUD DE DERECHOS ARCO O DE PORTABILIDAD DE LOS DATOS PERSONALES.</w:t>
      </w:r>
    </w:p>
    <w:p w14:paraId="48B4DA7C" w14:textId="77777777" w:rsidR="0018024D" w:rsidRPr="008450D3" w:rsidRDefault="0018024D" w:rsidP="008F0FBE">
      <w:pPr>
        <w:spacing w:after="0" w:line="240" w:lineRule="auto"/>
        <w:ind w:left="-709" w:right="-801"/>
        <w:jc w:val="both"/>
        <w:rPr>
          <w:b/>
          <w:sz w:val="18"/>
          <w:szCs w:val="18"/>
        </w:rPr>
      </w:pPr>
    </w:p>
    <w:tbl>
      <w:tblPr>
        <w:tblW w:w="10482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482"/>
      </w:tblGrid>
      <w:tr w:rsidR="008F0FBE" w:rsidRPr="008450D3" w14:paraId="1B3E8F5F" w14:textId="77777777" w:rsidTr="00FA3555">
        <w:trPr>
          <w:trHeight w:val="438"/>
          <w:jc w:val="center"/>
        </w:trPr>
        <w:tc>
          <w:tcPr>
            <w:tcW w:w="10482" w:type="dxa"/>
          </w:tcPr>
          <w:p w14:paraId="6DBA32DF" w14:textId="1B52798B" w:rsidR="008F0FBE" w:rsidRPr="008450D3" w:rsidRDefault="008F0FBE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560AE1C2" w14:textId="77777777" w:rsidR="00366297" w:rsidRPr="008450D3" w:rsidRDefault="00366297" w:rsidP="008F0FBE">
      <w:pPr>
        <w:spacing w:after="0" w:line="240" w:lineRule="auto"/>
        <w:ind w:left="-709"/>
        <w:jc w:val="both"/>
        <w:rPr>
          <w:b/>
        </w:rPr>
      </w:pPr>
    </w:p>
    <w:p w14:paraId="65BAF196" w14:textId="686717D9" w:rsidR="004859E1" w:rsidRDefault="00563BEA" w:rsidP="00FA3555">
      <w:pPr>
        <w:spacing w:after="0" w:line="240" w:lineRule="auto"/>
        <w:ind w:left="-709" w:right="-850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 xml:space="preserve">NOMBRE DE LA PERSONA </w:t>
      </w:r>
      <w:r w:rsidR="008F0FBE" w:rsidRPr="008450D3">
        <w:rPr>
          <w:b/>
          <w:sz w:val="18"/>
          <w:szCs w:val="18"/>
        </w:rPr>
        <w:t>TITULAR QUE RECURRE O SU REPRESENTANTE Y, EN SU CASO, DEL TERCERO INTERESADO.</w:t>
      </w:r>
    </w:p>
    <w:p w14:paraId="7112DBD7" w14:textId="77777777" w:rsidR="0018024D" w:rsidRPr="008450D3" w:rsidRDefault="0018024D" w:rsidP="008F0FBE">
      <w:pPr>
        <w:spacing w:after="0" w:line="240" w:lineRule="auto"/>
        <w:ind w:left="-709"/>
        <w:jc w:val="both"/>
        <w:rPr>
          <w:sz w:val="18"/>
          <w:szCs w:val="18"/>
        </w:rPr>
      </w:pPr>
    </w:p>
    <w:tbl>
      <w:tblPr>
        <w:tblW w:w="10482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482"/>
      </w:tblGrid>
      <w:tr w:rsidR="004859E1" w:rsidRPr="008450D3" w14:paraId="6CEF53F0" w14:textId="77777777" w:rsidTr="00FA3555">
        <w:trPr>
          <w:jc w:val="center"/>
        </w:trPr>
        <w:tc>
          <w:tcPr>
            <w:tcW w:w="10482" w:type="dxa"/>
          </w:tcPr>
          <w:p w14:paraId="36D0FB59" w14:textId="727C54EE" w:rsidR="00E57CF1" w:rsidRPr="008450D3" w:rsidRDefault="00563BEA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bCs/>
                <w:sz w:val="16"/>
                <w:szCs w:val="16"/>
              </w:rPr>
              <w:t>Nombre de la persona recurrente:</w:t>
            </w:r>
            <w:r w:rsidRPr="008450D3">
              <w:rPr>
                <w:sz w:val="16"/>
                <w:szCs w:val="16"/>
              </w:rPr>
              <w:t xml:space="preserve"> </w:t>
            </w:r>
            <w:r w:rsidR="00E57CF1" w:rsidRPr="008450D3">
              <w:rPr>
                <w:sz w:val="16"/>
                <w:szCs w:val="16"/>
              </w:rPr>
              <w:t>_______________________________________________________________________________</w:t>
            </w:r>
          </w:p>
          <w:p w14:paraId="6E37D6DF" w14:textId="0B99FEDB" w:rsidR="00E57CF1" w:rsidRPr="008450D3" w:rsidRDefault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                                     Nombre (</w:t>
            </w:r>
            <w:proofErr w:type="gramStart"/>
            <w:r w:rsidRPr="008450D3">
              <w:rPr>
                <w:sz w:val="16"/>
                <w:szCs w:val="16"/>
              </w:rPr>
              <w:t xml:space="preserve">s)   </w:t>
            </w:r>
            <w:proofErr w:type="gramEnd"/>
            <w:r w:rsidRPr="008450D3">
              <w:rPr>
                <w:sz w:val="16"/>
                <w:szCs w:val="16"/>
              </w:rPr>
              <w:t xml:space="preserve">                             Apellido paterno                            Apellido materno</w:t>
            </w:r>
          </w:p>
          <w:p w14:paraId="4FD3018D" w14:textId="17764E73" w:rsidR="008F0FBE" w:rsidRPr="008450D3" w:rsidRDefault="008F0FBE" w:rsidP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8450D3" w14:paraId="6493C186" w14:textId="77777777" w:rsidTr="00FA3555">
        <w:trPr>
          <w:jc w:val="center"/>
        </w:trPr>
        <w:tc>
          <w:tcPr>
            <w:tcW w:w="10482" w:type="dxa"/>
          </w:tcPr>
          <w:p w14:paraId="50A93D59" w14:textId="77777777" w:rsidR="008F0FBE" w:rsidRPr="008450D3" w:rsidRDefault="00563BEA" w:rsidP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bCs/>
                <w:sz w:val="16"/>
                <w:szCs w:val="16"/>
              </w:rPr>
              <w:t xml:space="preserve">Nombre del Representante </w:t>
            </w:r>
            <w:r w:rsidR="00366297" w:rsidRPr="008450D3">
              <w:rPr>
                <w:b/>
                <w:bCs/>
                <w:sz w:val="16"/>
                <w:szCs w:val="16"/>
              </w:rPr>
              <w:t xml:space="preserve">Legal </w:t>
            </w:r>
            <w:r w:rsidRPr="008450D3">
              <w:rPr>
                <w:b/>
                <w:bCs/>
                <w:sz w:val="16"/>
                <w:szCs w:val="16"/>
              </w:rPr>
              <w:t>(en su caso):</w:t>
            </w:r>
            <w:r w:rsidRPr="008450D3">
              <w:rPr>
                <w:sz w:val="16"/>
                <w:szCs w:val="16"/>
              </w:rPr>
              <w:t xml:space="preserve"> </w:t>
            </w:r>
            <w:r w:rsidR="00E57CF1" w:rsidRPr="008450D3">
              <w:rPr>
                <w:sz w:val="16"/>
                <w:szCs w:val="16"/>
              </w:rPr>
              <w:t>_____________________________________________________________________</w:t>
            </w:r>
          </w:p>
          <w:p w14:paraId="2601DA9F" w14:textId="77777777" w:rsidR="00E57CF1" w:rsidRPr="008450D3" w:rsidRDefault="00E57CF1" w:rsidP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                                                         Nombre (</w:t>
            </w:r>
            <w:proofErr w:type="gramStart"/>
            <w:r w:rsidRPr="008450D3">
              <w:rPr>
                <w:sz w:val="16"/>
                <w:szCs w:val="16"/>
              </w:rPr>
              <w:t xml:space="preserve">s)   </w:t>
            </w:r>
            <w:proofErr w:type="gramEnd"/>
            <w:r w:rsidRPr="008450D3">
              <w:rPr>
                <w:sz w:val="16"/>
                <w:szCs w:val="16"/>
              </w:rPr>
              <w:t xml:space="preserve">                             Apellido paterno                        Apellido materno</w:t>
            </w:r>
          </w:p>
          <w:p w14:paraId="34741699" w14:textId="5B59DC8B" w:rsidR="00E57CF1" w:rsidRPr="008450D3" w:rsidRDefault="00E57CF1" w:rsidP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8450D3" w14:paraId="67E1C85B" w14:textId="77777777" w:rsidTr="00FA3555">
        <w:trPr>
          <w:jc w:val="center"/>
        </w:trPr>
        <w:tc>
          <w:tcPr>
            <w:tcW w:w="10482" w:type="dxa"/>
          </w:tcPr>
          <w:p w14:paraId="16AE6A3A" w14:textId="77777777" w:rsidR="008F0FBE" w:rsidRPr="008450D3" w:rsidRDefault="008F0FBE" w:rsidP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bCs/>
                <w:sz w:val="16"/>
                <w:szCs w:val="16"/>
              </w:rPr>
              <w:t>Nombre del Tercero interesado:</w:t>
            </w:r>
            <w:r w:rsidRPr="008450D3">
              <w:rPr>
                <w:sz w:val="16"/>
                <w:szCs w:val="16"/>
              </w:rPr>
              <w:t xml:space="preserve"> </w:t>
            </w:r>
            <w:r w:rsidR="00E57CF1" w:rsidRPr="008450D3">
              <w:rPr>
                <w:sz w:val="16"/>
                <w:szCs w:val="16"/>
              </w:rPr>
              <w:t>__________________________________________________________________________________</w:t>
            </w:r>
          </w:p>
          <w:p w14:paraId="38185381" w14:textId="77777777" w:rsidR="00E57CF1" w:rsidRPr="008450D3" w:rsidRDefault="00E57CF1" w:rsidP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                                     Nombre (</w:t>
            </w:r>
            <w:proofErr w:type="gramStart"/>
            <w:r w:rsidRPr="008450D3">
              <w:rPr>
                <w:sz w:val="16"/>
                <w:szCs w:val="16"/>
              </w:rPr>
              <w:t xml:space="preserve">s)   </w:t>
            </w:r>
            <w:proofErr w:type="gramEnd"/>
            <w:r w:rsidRPr="008450D3">
              <w:rPr>
                <w:sz w:val="16"/>
                <w:szCs w:val="16"/>
              </w:rPr>
              <w:t xml:space="preserve">                              Apellido paterno                            Apellido materno</w:t>
            </w:r>
          </w:p>
          <w:p w14:paraId="137418A2" w14:textId="07FFEB7F" w:rsidR="00E57CF1" w:rsidRPr="008450D3" w:rsidRDefault="00E57CF1" w:rsidP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8F0FBE" w:rsidRPr="008450D3" w14:paraId="7007BED3" w14:textId="77777777" w:rsidTr="00FA3555">
        <w:trPr>
          <w:jc w:val="center"/>
        </w:trPr>
        <w:tc>
          <w:tcPr>
            <w:tcW w:w="1048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2F2F2" w:themeFill="background1" w:themeFillShade="F2"/>
          </w:tcPr>
          <w:p w14:paraId="2CEF366D" w14:textId="31D83E8A" w:rsidR="008F0FBE" w:rsidRPr="008450D3" w:rsidRDefault="008F0FBE" w:rsidP="002D52A4">
            <w:pPr>
              <w:spacing w:after="0"/>
              <w:rPr>
                <w:b/>
                <w:bCs/>
                <w:sz w:val="16"/>
                <w:szCs w:val="16"/>
              </w:rPr>
            </w:pPr>
            <w:r w:rsidRPr="008450D3">
              <w:rPr>
                <w:b/>
                <w:sz w:val="16"/>
                <w:szCs w:val="16"/>
              </w:rPr>
              <w:t>En su caso, indique si los datos son de una persona:</w:t>
            </w:r>
          </w:p>
        </w:tc>
      </w:tr>
      <w:tr w:rsidR="00366297" w:rsidRPr="008450D3" w14:paraId="40D6FC59" w14:textId="77777777" w:rsidTr="00FA3555">
        <w:trPr>
          <w:jc w:val="center"/>
        </w:trPr>
        <w:tc>
          <w:tcPr>
            <w:tcW w:w="1048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</w:tcPr>
          <w:p w14:paraId="433AC651" w14:textId="096B87D7" w:rsidR="00366297" w:rsidRPr="008450D3" w:rsidRDefault="00366297" w:rsidP="00C56CFE">
            <w:pPr>
              <w:spacing w:after="0"/>
              <w:rPr>
                <w:b/>
                <w:sz w:val="16"/>
                <w:szCs w:val="16"/>
              </w:rPr>
            </w:pPr>
            <w:proofErr w:type="gramStart"/>
            <w:r w:rsidRPr="008B14FA">
              <w:rPr>
                <w:sz w:val="16"/>
                <w:szCs w:val="16"/>
              </w:rPr>
              <w:t>[  ]</w:t>
            </w:r>
            <w:proofErr w:type="gramEnd"/>
            <w:r w:rsidRPr="008B14FA">
              <w:rPr>
                <w:sz w:val="16"/>
                <w:szCs w:val="16"/>
              </w:rPr>
              <w:t xml:space="preserve"> Niñas, Niños o Adolescentes (Personas menores de 18 años)</w:t>
            </w:r>
            <w:r w:rsidR="00EE2871" w:rsidRPr="008B14FA">
              <w:rPr>
                <w:sz w:val="16"/>
                <w:szCs w:val="16"/>
              </w:rPr>
              <w:t>.</w:t>
            </w:r>
            <w:r w:rsidRPr="008B14FA">
              <w:rPr>
                <w:sz w:val="16"/>
                <w:szCs w:val="16"/>
              </w:rPr>
              <w:br/>
            </w:r>
            <w:proofErr w:type="gramStart"/>
            <w:r w:rsidRPr="008B14FA">
              <w:rPr>
                <w:sz w:val="16"/>
                <w:szCs w:val="16"/>
              </w:rPr>
              <w:t>[  ]</w:t>
            </w:r>
            <w:proofErr w:type="gramEnd"/>
            <w:r w:rsidRPr="008B14FA">
              <w:rPr>
                <w:sz w:val="16"/>
                <w:szCs w:val="16"/>
              </w:rPr>
              <w:t xml:space="preserve"> </w:t>
            </w:r>
            <w:r w:rsidR="00C56CFE" w:rsidRPr="008B14FA">
              <w:rPr>
                <w:sz w:val="16"/>
                <w:szCs w:val="16"/>
              </w:rPr>
              <w:t>Persona con discapacidad que requiera apoyos para el ejercicio de su capacidad jurídica</w:t>
            </w:r>
            <w:r w:rsidR="00B647CA" w:rsidRPr="008B14FA">
              <w:rPr>
                <w:sz w:val="16"/>
                <w:szCs w:val="16"/>
              </w:rPr>
              <w:t>.</w:t>
            </w:r>
            <w:r w:rsidRPr="008B14FA">
              <w:rPr>
                <w:sz w:val="16"/>
                <w:szCs w:val="16"/>
              </w:rPr>
              <w:br/>
            </w:r>
            <w:proofErr w:type="gramStart"/>
            <w:r w:rsidRPr="008B14FA">
              <w:rPr>
                <w:sz w:val="16"/>
                <w:szCs w:val="16"/>
              </w:rPr>
              <w:t>[  ]</w:t>
            </w:r>
            <w:proofErr w:type="gramEnd"/>
            <w:r w:rsidRPr="008B14FA">
              <w:rPr>
                <w:sz w:val="16"/>
                <w:szCs w:val="16"/>
              </w:rPr>
              <w:t xml:space="preserve"> Persona </w:t>
            </w:r>
            <w:r w:rsidR="0018024D" w:rsidRPr="008B14FA">
              <w:rPr>
                <w:sz w:val="16"/>
                <w:szCs w:val="16"/>
              </w:rPr>
              <w:t>f</w:t>
            </w:r>
            <w:r w:rsidRPr="008B14FA">
              <w:rPr>
                <w:sz w:val="16"/>
                <w:szCs w:val="16"/>
              </w:rPr>
              <w:t>allecida</w:t>
            </w:r>
            <w:r w:rsidR="00EE2871" w:rsidRPr="008B14FA">
              <w:rPr>
                <w:sz w:val="16"/>
                <w:szCs w:val="16"/>
              </w:rPr>
              <w:t>.</w:t>
            </w:r>
            <w:r w:rsidRPr="008B14FA">
              <w:br/>
            </w:r>
            <w:r w:rsidRPr="008B14FA">
              <w:rPr>
                <w:i/>
                <w:sz w:val="14"/>
                <w:szCs w:val="14"/>
              </w:rPr>
              <w:t>*Si seleccionó algunas de las opciones anteriores, véase "</w:t>
            </w:r>
            <w:r w:rsidR="00C56CFE" w:rsidRPr="008B14FA">
              <w:rPr>
                <w:i/>
                <w:sz w:val="14"/>
                <w:szCs w:val="14"/>
              </w:rPr>
              <w:t xml:space="preserve"> INFORMACIÓN GENERAL DE CARÁCTER ORIENTADOR </w:t>
            </w:r>
            <w:r w:rsidRPr="008B14FA">
              <w:rPr>
                <w:i/>
                <w:sz w:val="14"/>
                <w:szCs w:val="14"/>
              </w:rPr>
              <w:t>", para los requisitos aplicables a cada caso.</w:t>
            </w:r>
          </w:p>
        </w:tc>
      </w:tr>
    </w:tbl>
    <w:p w14:paraId="0A292B19" w14:textId="77777777" w:rsidR="00366297" w:rsidRPr="008450D3" w:rsidRDefault="00366297" w:rsidP="008F0FBE">
      <w:pPr>
        <w:spacing w:after="0" w:line="240" w:lineRule="auto"/>
        <w:ind w:left="-709" w:right="-801"/>
        <w:jc w:val="both"/>
        <w:rPr>
          <w:b/>
        </w:rPr>
      </w:pPr>
    </w:p>
    <w:p w14:paraId="65C772DA" w14:textId="47FE8460" w:rsidR="004859E1" w:rsidRDefault="00366297" w:rsidP="008F0FBE">
      <w:pPr>
        <w:spacing w:after="0" w:line="240" w:lineRule="auto"/>
        <w:ind w:left="-709" w:right="-801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>DOMICILIO O MEDIO Y PERSONA AUTORIZADA POR LA PERSONA RECURRENTE PARA OÍR Y RECIBIR NOTIFICACIONES. (En la ciudad de Chetumal, Quintana Roo)</w:t>
      </w:r>
    </w:p>
    <w:p w14:paraId="25533568" w14:textId="77777777" w:rsidR="0018024D" w:rsidRPr="008450D3" w:rsidRDefault="0018024D" w:rsidP="008F0FBE">
      <w:pPr>
        <w:spacing w:after="0" w:line="240" w:lineRule="auto"/>
        <w:ind w:left="-709" w:right="-801"/>
        <w:jc w:val="both"/>
        <w:rPr>
          <w:sz w:val="18"/>
          <w:szCs w:val="18"/>
        </w:rPr>
      </w:pP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8450D3" w14:paraId="76CC9343" w14:textId="77777777">
        <w:trPr>
          <w:jc w:val="center"/>
        </w:trPr>
        <w:tc>
          <w:tcPr>
            <w:tcW w:w="10368" w:type="dxa"/>
          </w:tcPr>
          <w:p w14:paraId="4296BF1F" w14:textId="77777777" w:rsidR="004859E1" w:rsidRPr="008450D3" w:rsidRDefault="00563BEA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Domicilio: ____________________    Calle ____________________    Número ______    Colonia o Fraccionamiento ____________________</w:t>
            </w:r>
          </w:p>
          <w:p w14:paraId="2F8E07C3" w14:textId="77777777" w:rsidR="00E57CF1" w:rsidRPr="008450D3" w:rsidRDefault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8450D3" w14:paraId="577C51C3" w14:textId="77777777">
        <w:trPr>
          <w:jc w:val="center"/>
        </w:trPr>
        <w:tc>
          <w:tcPr>
            <w:tcW w:w="10368" w:type="dxa"/>
          </w:tcPr>
          <w:p w14:paraId="1BCD6654" w14:textId="77777777" w:rsidR="004859E1" w:rsidRPr="008450D3" w:rsidRDefault="00563BEA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Ciudad ____________________    Municipio ____________________    Entidad ____________________    Código Postal __________</w:t>
            </w:r>
          </w:p>
          <w:p w14:paraId="213A5FDC" w14:textId="77777777" w:rsidR="00E57CF1" w:rsidRPr="008450D3" w:rsidRDefault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8450D3" w14:paraId="2283855B" w14:textId="77777777">
        <w:trPr>
          <w:jc w:val="center"/>
        </w:trPr>
        <w:tc>
          <w:tcPr>
            <w:tcW w:w="10368" w:type="dxa"/>
          </w:tcPr>
          <w:p w14:paraId="0AB25B4C" w14:textId="2CFEB1F6" w:rsidR="004859E1" w:rsidRPr="008450D3" w:rsidRDefault="00366297">
            <w:pPr>
              <w:spacing w:after="0"/>
              <w:rPr>
                <w:b/>
                <w:bCs/>
                <w:sz w:val="16"/>
                <w:szCs w:val="16"/>
              </w:rPr>
            </w:pPr>
            <w:r w:rsidRPr="008450D3">
              <w:rPr>
                <w:b/>
                <w:bCs/>
                <w:sz w:val="16"/>
                <w:szCs w:val="16"/>
              </w:rPr>
              <w:t>Medios:</w:t>
            </w:r>
          </w:p>
          <w:p w14:paraId="4A4694DB" w14:textId="382747BD" w:rsidR="00366297" w:rsidRPr="008450D3" w:rsidRDefault="00366297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Correo </w:t>
            </w:r>
            <w:proofErr w:type="gramStart"/>
            <w:r w:rsidRPr="008450D3">
              <w:rPr>
                <w:sz w:val="16"/>
                <w:szCs w:val="16"/>
              </w:rPr>
              <w:t>electrónico:_</w:t>
            </w:r>
            <w:proofErr w:type="gramEnd"/>
            <w:r w:rsidRPr="008450D3">
              <w:rPr>
                <w:sz w:val="16"/>
                <w:szCs w:val="16"/>
              </w:rPr>
              <w:t>_______________________</w:t>
            </w:r>
            <w:r w:rsidRPr="008450D3">
              <w:rPr>
                <w:sz w:val="16"/>
                <w:szCs w:val="16"/>
              </w:rPr>
              <w:br/>
            </w: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Estrados del </w:t>
            </w:r>
            <w:r w:rsidR="00854F90" w:rsidRPr="00854F90">
              <w:rPr>
                <w:sz w:val="16"/>
                <w:szCs w:val="16"/>
              </w:rPr>
              <w:t>Administración Portuaria Integral de Quintana Roo, S.A. de C.V.</w:t>
            </w:r>
            <w:r w:rsidRPr="008450D3">
              <w:rPr>
                <w:sz w:val="16"/>
                <w:szCs w:val="16"/>
              </w:rPr>
              <w:br/>
            </w: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Plataforma Nacional de Transparencia.</w:t>
            </w:r>
          </w:p>
          <w:p w14:paraId="575993AF" w14:textId="158D8B91" w:rsidR="00E57CF1" w:rsidRPr="008450D3" w:rsidRDefault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8450D3" w14:paraId="4BAE5023" w14:textId="77777777">
        <w:trPr>
          <w:jc w:val="center"/>
        </w:trPr>
        <w:tc>
          <w:tcPr>
            <w:tcW w:w="10368" w:type="dxa"/>
          </w:tcPr>
          <w:p w14:paraId="2A9FB34D" w14:textId="71338BB4" w:rsidR="004859E1" w:rsidRPr="008450D3" w:rsidRDefault="00563BEA" w:rsidP="00165C7E">
            <w:pPr>
              <w:spacing w:after="0"/>
              <w:jc w:val="both"/>
              <w:rPr>
                <w:sz w:val="14"/>
                <w:szCs w:val="14"/>
              </w:rPr>
            </w:pPr>
            <w:r w:rsidRPr="008450D3">
              <w:rPr>
                <w:b/>
                <w:bCs/>
                <w:sz w:val="14"/>
                <w:szCs w:val="14"/>
              </w:rPr>
              <w:t>NOTA IMPORTANTE:</w:t>
            </w:r>
            <w:r w:rsidRPr="008450D3">
              <w:rPr>
                <w:sz w:val="14"/>
                <w:szCs w:val="14"/>
              </w:rPr>
              <w:t xml:space="preserve"> En caso de no señalar algún domicilio, o el señalado no se ubique en la ciudad de Chetumal, ni señale correo electrónico, las notificaciones se realizarán por estrados, los cuales se encuentran en las instalaciones de</w:t>
            </w:r>
            <w:r w:rsidR="00165C7E" w:rsidRPr="008450D3">
              <w:rPr>
                <w:sz w:val="14"/>
                <w:szCs w:val="14"/>
              </w:rPr>
              <w:t xml:space="preserve"> la </w:t>
            </w:r>
            <w:r w:rsidR="00165C7E" w:rsidRPr="008450D3">
              <w:rPr>
                <w:color w:val="C00000"/>
                <w:sz w:val="14"/>
                <w:szCs w:val="14"/>
              </w:rPr>
              <w:t>Autoridad Garante Estatal.</w:t>
            </w:r>
          </w:p>
        </w:tc>
      </w:tr>
      <w:tr w:rsidR="004859E1" w:rsidRPr="008450D3" w14:paraId="6DE6B91C" w14:textId="77777777">
        <w:trPr>
          <w:jc w:val="center"/>
        </w:trPr>
        <w:tc>
          <w:tcPr>
            <w:tcW w:w="10368" w:type="dxa"/>
          </w:tcPr>
          <w:p w14:paraId="18F7826C" w14:textId="0F1831B3" w:rsidR="004859E1" w:rsidRPr="008450D3" w:rsidRDefault="00563BEA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Personas que se autorizan para oír y recibir notificaciones*: ________________________________________________</w:t>
            </w:r>
            <w:r w:rsidR="00E57CF1" w:rsidRPr="008450D3">
              <w:rPr>
                <w:sz w:val="16"/>
                <w:szCs w:val="16"/>
              </w:rPr>
              <w:t>________________</w:t>
            </w:r>
          </w:p>
          <w:p w14:paraId="1F14C4CD" w14:textId="09840E5A" w:rsidR="00E57CF1" w:rsidRPr="008450D3" w:rsidRDefault="00E57CF1" w:rsidP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                                                                        Nombre (</w:t>
            </w:r>
            <w:proofErr w:type="gramStart"/>
            <w:r w:rsidRPr="008450D3">
              <w:rPr>
                <w:sz w:val="16"/>
                <w:szCs w:val="16"/>
              </w:rPr>
              <w:t xml:space="preserve">s)   </w:t>
            </w:r>
            <w:proofErr w:type="gramEnd"/>
            <w:r w:rsidRPr="008450D3">
              <w:rPr>
                <w:sz w:val="16"/>
                <w:szCs w:val="16"/>
              </w:rPr>
              <w:t xml:space="preserve">                       Apellido paterno               Apellido materno</w:t>
            </w:r>
          </w:p>
          <w:p w14:paraId="79452D45" w14:textId="77777777" w:rsidR="00E57CF1" w:rsidRPr="008450D3" w:rsidRDefault="00E57CF1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69E7D4BE" w14:textId="77777777" w:rsidR="005372F3" w:rsidRPr="008450D3" w:rsidRDefault="005372F3" w:rsidP="005372F3">
      <w:pPr>
        <w:spacing w:after="0" w:line="240" w:lineRule="auto"/>
        <w:ind w:left="-709"/>
        <w:rPr>
          <w:b/>
        </w:rPr>
      </w:pPr>
    </w:p>
    <w:p w14:paraId="0A622436" w14:textId="2D1177DE" w:rsidR="004859E1" w:rsidRDefault="005372F3" w:rsidP="005372F3">
      <w:pPr>
        <w:spacing w:after="0" w:line="240" w:lineRule="auto"/>
        <w:ind w:left="-709" w:right="-801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 xml:space="preserve">FECHA EN QUE SE LE NOTIFICÓ LA RESPUESTA AL EJERCICIO DE </w:t>
      </w:r>
      <w:r w:rsidR="00E57CF1" w:rsidRPr="008450D3">
        <w:rPr>
          <w:b/>
          <w:sz w:val="18"/>
          <w:szCs w:val="18"/>
        </w:rPr>
        <w:t>LOS</w:t>
      </w:r>
      <w:r w:rsidRPr="008450D3">
        <w:rPr>
          <w:b/>
          <w:sz w:val="18"/>
          <w:szCs w:val="18"/>
        </w:rPr>
        <w:t xml:space="preserve"> DERECHOS ARCO O DE PORTABILIDAD</w:t>
      </w:r>
      <w:r w:rsidR="00E57CF1" w:rsidRPr="008450D3">
        <w:rPr>
          <w:b/>
          <w:sz w:val="18"/>
          <w:szCs w:val="18"/>
        </w:rPr>
        <w:t xml:space="preserve"> DE DATOS PERSONALES</w:t>
      </w:r>
      <w:r w:rsidRPr="008450D3">
        <w:rPr>
          <w:b/>
          <w:sz w:val="18"/>
          <w:szCs w:val="18"/>
        </w:rPr>
        <w:t>.</w:t>
      </w:r>
    </w:p>
    <w:p w14:paraId="0CAFB3E3" w14:textId="77777777" w:rsidR="0018024D" w:rsidRPr="008450D3" w:rsidRDefault="0018024D" w:rsidP="005372F3">
      <w:pPr>
        <w:spacing w:after="0" w:line="240" w:lineRule="auto"/>
        <w:ind w:left="-709" w:right="-801"/>
        <w:jc w:val="both"/>
        <w:rPr>
          <w:sz w:val="18"/>
          <w:szCs w:val="18"/>
        </w:rPr>
      </w:pP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372F3" w:rsidRPr="008450D3" w14:paraId="7DF27DF1" w14:textId="77777777" w:rsidTr="005372F3">
        <w:trPr>
          <w:jc w:val="center"/>
        </w:trPr>
        <w:tc>
          <w:tcPr>
            <w:tcW w:w="5184" w:type="dxa"/>
          </w:tcPr>
          <w:p w14:paraId="7CF69296" w14:textId="1750257C" w:rsidR="005372F3" w:rsidRPr="008450D3" w:rsidRDefault="005372F3" w:rsidP="005372F3">
            <w:pPr>
              <w:spacing w:after="0"/>
              <w:jc w:val="both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Fecha en que fue notificada la respuesta a la persona </w:t>
            </w:r>
            <w:r w:rsidR="0018024D">
              <w:rPr>
                <w:sz w:val="16"/>
                <w:szCs w:val="16"/>
              </w:rPr>
              <w:t>titular:</w:t>
            </w:r>
            <w:r w:rsidRPr="008450D3">
              <w:rPr>
                <w:sz w:val="16"/>
                <w:szCs w:val="16"/>
              </w:rPr>
              <w:t xml:space="preserve">  </w:t>
            </w:r>
          </w:p>
          <w:p w14:paraId="16081814" w14:textId="2C24D904" w:rsidR="005372F3" w:rsidRPr="008450D3" w:rsidRDefault="005372F3" w:rsidP="005372F3">
            <w:pPr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5184" w:type="dxa"/>
          </w:tcPr>
          <w:p w14:paraId="36250642" w14:textId="77777777" w:rsidR="005372F3" w:rsidRPr="008450D3" w:rsidRDefault="005372F3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___________________________________________</w:t>
            </w:r>
          </w:p>
          <w:p w14:paraId="24D290B3" w14:textId="77777777" w:rsidR="005372F3" w:rsidRDefault="00BA741C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(DD/MM/AA)</w:t>
            </w:r>
          </w:p>
          <w:p w14:paraId="7213D580" w14:textId="4FAFE800" w:rsidR="0018024D" w:rsidRPr="008450D3" w:rsidRDefault="0018024D">
            <w:pPr>
              <w:spacing w:after="0"/>
              <w:rPr>
                <w:sz w:val="16"/>
                <w:szCs w:val="16"/>
              </w:rPr>
            </w:pPr>
          </w:p>
        </w:tc>
      </w:tr>
      <w:tr w:rsidR="00BA741C" w:rsidRPr="008450D3" w14:paraId="7180FCEE" w14:textId="77777777" w:rsidTr="00011A57">
        <w:trPr>
          <w:jc w:val="center"/>
        </w:trPr>
        <w:tc>
          <w:tcPr>
            <w:tcW w:w="5184" w:type="dxa"/>
          </w:tcPr>
          <w:p w14:paraId="52389F03" w14:textId="1E4C2F32" w:rsidR="00BA741C" w:rsidRPr="008450D3" w:rsidRDefault="0018024D" w:rsidP="00BA741C">
            <w:pPr>
              <w:spacing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En caso de</w:t>
            </w:r>
            <w:r w:rsidR="00BA741C" w:rsidRPr="008450D3">
              <w:rPr>
                <w:sz w:val="16"/>
                <w:szCs w:val="16"/>
              </w:rPr>
              <w:t xml:space="preserve"> falta de respuesta, señale la fecha en que presentó la solicitud para el ejercicio de los derechos ARCO o de Portabilidad</w:t>
            </w:r>
            <w:r>
              <w:rPr>
                <w:sz w:val="16"/>
                <w:szCs w:val="16"/>
              </w:rPr>
              <w:t xml:space="preserve"> de datos personales</w:t>
            </w:r>
            <w:r w:rsidR="00BA741C" w:rsidRPr="008450D3">
              <w:rPr>
                <w:sz w:val="16"/>
                <w:szCs w:val="16"/>
              </w:rPr>
              <w:t xml:space="preserve">: </w:t>
            </w:r>
          </w:p>
          <w:p w14:paraId="2426BF58" w14:textId="7C78C783" w:rsidR="00BA741C" w:rsidRPr="008450D3" w:rsidRDefault="00BA741C" w:rsidP="00BA741C">
            <w:pPr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5184" w:type="dxa"/>
          </w:tcPr>
          <w:p w14:paraId="0F549FDE" w14:textId="77777777" w:rsidR="00BA741C" w:rsidRPr="008450D3" w:rsidRDefault="00BA741C" w:rsidP="00BA741C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___________________________________________</w:t>
            </w:r>
          </w:p>
          <w:p w14:paraId="5AD67CDC" w14:textId="3C85C17E" w:rsidR="00BA741C" w:rsidRPr="008450D3" w:rsidRDefault="00BA741C" w:rsidP="00BA741C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(DD/MM/AA)</w:t>
            </w:r>
          </w:p>
        </w:tc>
      </w:tr>
    </w:tbl>
    <w:p w14:paraId="7C741DB5" w14:textId="3FCBAFFE" w:rsidR="004859E1" w:rsidRDefault="004859E1" w:rsidP="005372F3">
      <w:pPr>
        <w:spacing w:after="0" w:line="240" w:lineRule="auto"/>
        <w:ind w:left="-709"/>
        <w:rPr>
          <w:b/>
        </w:rPr>
      </w:pPr>
    </w:p>
    <w:p w14:paraId="146E4792" w14:textId="1CEAB2A4" w:rsidR="005372F3" w:rsidRPr="008450D3" w:rsidRDefault="00E57CF1" w:rsidP="005372F3">
      <w:pPr>
        <w:spacing w:after="0" w:line="240" w:lineRule="auto"/>
        <w:ind w:left="-709"/>
        <w:rPr>
          <w:sz w:val="18"/>
          <w:szCs w:val="18"/>
        </w:rPr>
      </w:pPr>
      <w:r w:rsidRPr="008450D3">
        <w:rPr>
          <w:b/>
          <w:sz w:val="18"/>
          <w:szCs w:val="18"/>
        </w:rPr>
        <w:t xml:space="preserve">EL </w:t>
      </w:r>
      <w:r w:rsidR="005372F3" w:rsidRPr="008450D3">
        <w:rPr>
          <w:b/>
          <w:sz w:val="18"/>
          <w:szCs w:val="18"/>
        </w:rPr>
        <w:t>ACTO QUE SE RECURRE.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8450D3" w14:paraId="02B2FC94" w14:textId="77777777">
        <w:trPr>
          <w:jc w:val="center"/>
        </w:trPr>
        <w:tc>
          <w:tcPr>
            <w:tcW w:w="10368" w:type="dxa"/>
          </w:tcPr>
          <w:p w14:paraId="2883C896" w14:textId="77777777" w:rsidR="004859E1" w:rsidRDefault="004859E1">
            <w:pPr>
              <w:spacing w:after="0"/>
            </w:pPr>
          </w:p>
          <w:p w14:paraId="2F2CFB8A" w14:textId="77777777" w:rsidR="0018024D" w:rsidRDefault="0018024D">
            <w:pPr>
              <w:spacing w:after="0"/>
            </w:pPr>
          </w:p>
          <w:p w14:paraId="707854C3" w14:textId="77777777" w:rsidR="0018024D" w:rsidRPr="008450D3" w:rsidRDefault="0018024D">
            <w:pPr>
              <w:spacing w:after="0"/>
            </w:pPr>
          </w:p>
          <w:p w14:paraId="3D7CF186" w14:textId="77777777" w:rsidR="00E57CF1" w:rsidRPr="008450D3" w:rsidRDefault="00E57CF1">
            <w:pPr>
              <w:spacing w:after="0"/>
            </w:pPr>
          </w:p>
          <w:p w14:paraId="0DA4B4A6" w14:textId="58960F0A" w:rsidR="00DB348F" w:rsidRPr="008450D3" w:rsidRDefault="00646D55">
            <w:pPr>
              <w:spacing w:after="0"/>
            </w:pPr>
            <w:r w:rsidRPr="008450D3">
              <w:rPr>
                <w:b/>
                <w:bCs/>
                <w:sz w:val="14"/>
                <w:szCs w:val="14"/>
              </w:rPr>
              <w:t>Si requiere más espacio especifique el número de hojas que anexa. Anexo _____ Hojas.</w:t>
            </w:r>
          </w:p>
        </w:tc>
      </w:tr>
    </w:tbl>
    <w:p w14:paraId="764EDF9A" w14:textId="77777777" w:rsidR="00D40ED4" w:rsidRPr="008450D3" w:rsidRDefault="00D40ED4" w:rsidP="00E57CF1">
      <w:pPr>
        <w:spacing w:after="0" w:line="240" w:lineRule="auto"/>
        <w:rPr>
          <w:b/>
          <w:sz w:val="18"/>
          <w:szCs w:val="18"/>
        </w:rPr>
      </w:pPr>
    </w:p>
    <w:p w14:paraId="27907D0E" w14:textId="04817AC1" w:rsidR="004859E1" w:rsidRPr="008450D3" w:rsidRDefault="00BA741C" w:rsidP="00BA741C">
      <w:pPr>
        <w:spacing w:after="0" w:line="240" w:lineRule="auto"/>
        <w:ind w:left="-709"/>
        <w:rPr>
          <w:sz w:val="18"/>
          <w:szCs w:val="18"/>
        </w:rPr>
      </w:pPr>
      <w:r w:rsidRPr="008450D3">
        <w:rPr>
          <w:b/>
          <w:sz w:val="18"/>
          <w:szCs w:val="18"/>
        </w:rPr>
        <w:t>EL RECURSO DE REVISIÓN PROCEDERÁ EN LOS SIGUIENTES SUPUESTOS:</w:t>
      </w: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8450D3" w14:paraId="222C767D" w14:textId="77777777" w:rsidTr="00D40ED4">
        <w:trPr>
          <w:trHeight w:val="3300"/>
          <w:jc w:val="center"/>
        </w:trPr>
        <w:tc>
          <w:tcPr>
            <w:tcW w:w="10368" w:type="dxa"/>
          </w:tcPr>
          <w:p w14:paraId="78E8C9B7" w14:textId="1B0FB38D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clasifiquen como confidenciales los datos personales sin que se cumplan las características señaladas en las disposiciones jurídicas aplicables</w:t>
            </w:r>
            <w:r w:rsidR="00677E4F">
              <w:rPr>
                <w:sz w:val="16"/>
                <w:szCs w:val="16"/>
              </w:rPr>
              <w:t>.</w:t>
            </w:r>
          </w:p>
          <w:p w14:paraId="158F653F" w14:textId="6349A6D2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declare la inexistencia de los datos personales</w:t>
            </w:r>
            <w:r w:rsidR="00677E4F">
              <w:rPr>
                <w:sz w:val="16"/>
                <w:szCs w:val="16"/>
              </w:rPr>
              <w:t>.</w:t>
            </w:r>
          </w:p>
          <w:p w14:paraId="392BEDCA" w14:textId="40D21475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declare la incompetencia por el responsable</w:t>
            </w:r>
            <w:r w:rsidR="00677E4F">
              <w:rPr>
                <w:sz w:val="16"/>
                <w:szCs w:val="16"/>
              </w:rPr>
              <w:t>.</w:t>
            </w:r>
          </w:p>
          <w:p w14:paraId="654E384B" w14:textId="60207E41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entreguen datos personales incompletos</w:t>
            </w:r>
            <w:r w:rsidR="00677E4F">
              <w:rPr>
                <w:sz w:val="16"/>
                <w:szCs w:val="16"/>
              </w:rPr>
              <w:t>.</w:t>
            </w:r>
          </w:p>
          <w:p w14:paraId="04D29441" w14:textId="4600D468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entreguen datos personales que no correspondan con lo solicitado</w:t>
            </w:r>
            <w:r w:rsidR="00677E4F">
              <w:rPr>
                <w:sz w:val="16"/>
                <w:szCs w:val="16"/>
              </w:rPr>
              <w:t>.</w:t>
            </w:r>
          </w:p>
          <w:p w14:paraId="1D8E3085" w14:textId="6C260C0B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niegue el acceso, rectificación, cancelación u oposición de los datos personales</w:t>
            </w:r>
            <w:r w:rsidR="00677E4F">
              <w:rPr>
                <w:sz w:val="16"/>
                <w:szCs w:val="16"/>
              </w:rPr>
              <w:t>.</w:t>
            </w:r>
          </w:p>
          <w:p w14:paraId="72E82CEA" w14:textId="0EDAA651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No se dé respuesta a una solicitud para el ejercicio de los derechos ARCO dentro de los plazos establecidos en la presente Ley y demás disposiciones aplicables en la materia</w:t>
            </w:r>
            <w:r w:rsidR="00677E4F">
              <w:rPr>
                <w:sz w:val="16"/>
                <w:szCs w:val="16"/>
              </w:rPr>
              <w:t>.</w:t>
            </w:r>
          </w:p>
          <w:p w14:paraId="500FFB9A" w14:textId="15418BED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entregue o ponga a disposición datos personales en una modalidad o formato distinto al solicitado, o en un formato incomprensible</w:t>
            </w:r>
            <w:r w:rsidR="00677E4F">
              <w:rPr>
                <w:sz w:val="16"/>
                <w:szCs w:val="16"/>
              </w:rPr>
              <w:t>.</w:t>
            </w:r>
          </w:p>
          <w:p w14:paraId="103420AF" w14:textId="6ECEA116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La persona titular se inconforme con los costos de reproducción, envío o tiempos de entrega de los datos personales</w:t>
            </w:r>
            <w:r w:rsidR="00677E4F">
              <w:rPr>
                <w:sz w:val="16"/>
                <w:szCs w:val="16"/>
              </w:rPr>
              <w:t>.</w:t>
            </w:r>
          </w:p>
          <w:p w14:paraId="3AD695F8" w14:textId="05CEE705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obstaculice el ejercicio de los derechos ARCO, a pesar de que fue notificada la procedencia de los mismos</w:t>
            </w:r>
            <w:r w:rsidR="00677E4F">
              <w:rPr>
                <w:sz w:val="16"/>
                <w:szCs w:val="16"/>
              </w:rPr>
              <w:t>.</w:t>
            </w:r>
          </w:p>
          <w:p w14:paraId="55440E01" w14:textId="354B3D27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No se d</w:t>
            </w:r>
            <w:r w:rsidR="00677E4F">
              <w:rPr>
                <w:sz w:val="16"/>
                <w:szCs w:val="16"/>
              </w:rPr>
              <w:t>é</w:t>
            </w:r>
            <w:r w:rsidRPr="008450D3">
              <w:rPr>
                <w:sz w:val="16"/>
                <w:szCs w:val="16"/>
              </w:rPr>
              <w:t xml:space="preserve"> trámite a una solicitud para el ejercicio de los derechos ARCO</w:t>
            </w:r>
            <w:r w:rsidR="00677E4F">
              <w:rPr>
                <w:sz w:val="16"/>
                <w:szCs w:val="16"/>
              </w:rPr>
              <w:t>.</w:t>
            </w:r>
          </w:p>
          <w:p w14:paraId="7E8BA7C3" w14:textId="26480DEE" w:rsidR="00DB348F" w:rsidRPr="008450D3" w:rsidRDefault="00677E4F" w:rsidP="00DB348F">
            <w:pPr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>
              <w:rPr>
                <w:sz w:val="16"/>
                <w:szCs w:val="16"/>
              </w:rPr>
              <w:t xml:space="preserve"> En los demás casos que disponga la legislación aplicable.</w:t>
            </w:r>
          </w:p>
          <w:p w14:paraId="6D1A39E8" w14:textId="14D9D9B4" w:rsidR="00646D55" w:rsidRPr="008450D3" w:rsidRDefault="00DB348F" w:rsidP="00DB348F">
            <w:pPr>
              <w:rPr>
                <w:b/>
                <w:bCs/>
                <w:sz w:val="14"/>
                <w:szCs w:val="14"/>
              </w:rPr>
            </w:pPr>
            <w:r w:rsidRPr="008450D3">
              <w:rPr>
                <w:b/>
                <w:bCs/>
                <w:sz w:val="14"/>
                <w:szCs w:val="14"/>
              </w:rPr>
              <w:t>Si requiere más espacio especifique el número de hojas que anexa. Anexo _____ Hoja</w:t>
            </w:r>
            <w:r w:rsidR="00646D55" w:rsidRPr="008450D3">
              <w:rPr>
                <w:b/>
                <w:bCs/>
                <w:sz w:val="14"/>
                <w:szCs w:val="14"/>
              </w:rPr>
              <w:t>s</w:t>
            </w:r>
            <w:r w:rsidR="00D40ED4" w:rsidRPr="008450D3">
              <w:rPr>
                <w:b/>
                <w:bCs/>
                <w:sz w:val="14"/>
                <w:szCs w:val="14"/>
              </w:rPr>
              <w:t>.</w:t>
            </w:r>
          </w:p>
        </w:tc>
      </w:tr>
      <w:tr w:rsidR="004859E1" w:rsidRPr="008450D3" w14:paraId="54F6CF7A" w14:textId="77777777" w:rsidTr="00646D55">
        <w:trPr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1ECA60F8" w14:textId="6A5E1638" w:rsidR="004859E1" w:rsidRPr="008450D3" w:rsidRDefault="00646D55" w:rsidP="00646D5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8450D3">
              <w:rPr>
                <w:b/>
                <w:sz w:val="18"/>
                <w:szCs w:val="18"/>
              </w:rPr>
              <w:t>PUNTOS PETITORIOS</w:t>
            </w:r>
          </w:p>
        </w:tc>
      </w:tr>
      <w:tr w:rsidR="004859E1" w:rsidRPr="008450D3" w14:paraId="732F0A5F" w14:textId="77777777" w:rsidTr="00646D55">
        <w:trPr>
          <w:jc w:val="center"/>
        </w:trPr>
        <w:tc>
          <w:tcPr>
            <w:tcW w:w="10368" w:type="dxa"/>
          </w:tcPr>
          <w:p w14:paraId="3A727DF6" w14:textId="77777777" w:rsidR="004859E1" w:rsidRPr="008450D3" w:rsidRDefault="004859E1">
            <w:pPr>
              <w:spacing w:after="0"/>
              <w:rPr>
                <w:sz w:val="16"/>
                <w:szCs w:val="16"/>
              </w:rPr>
            </w:pPr>
          </w:p>
          <w:p w14:paraId="0C332F24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125533A9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698CEE1E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7F53835E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4C0F3AE9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4FB11533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1B825CCE" w14:textId="04C86D76" w:rsidR="00646D55" w:rsidRPr="008450D3" w:rsidRDefault="00646D55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bCs/>
                <w:sz w:val="14"/>
                <w:szCs w:val="14"/>
              </w:rPr>
              <w:t>Si requiere más espacio especifique el número de hojas que anexa. Anexo _____ Hojas.</w:t>
            </w:r>
          </w:p>
        </w:tc>
      </w:tr>
      <w:tr w:rsidR="00646D55" w:rsidRPr="008450D3" w14:paraId="4083A06C" w14:textId="77777777" w:rsidTr="00646D55">
        <w:trPr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2E0CEA42" w14:textId="5D7EEA58" w:rsidR="00646D55" w:rsidRPr="008450D3" w:rsidRDefault="00646D55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sz w:val="18"/>
                <w:szCs w:val="18"/>
              </w:rPr>
              <w:t>RAZONES O MOTIVOS DE INCONFORMIDAD</w:t>
            </w:r>
          </w:p>
        </w:tc>
      </w:tr>
      <w:tr w:rsidR="00646D55" w:rsidRPr="008450D3" w14:paraId="769324C8" w14:textId="77777777" w:rsidTr="00646D55">
        <w:trPr>
          <w:jc w:val="center"/>
        </w:trPr>
        <w:tc>
          <w:tcPr>
            <w:tcW w:w="10368" w:type="dxa"/>
          </w:tcPr>
          <w:p w14:paraId="03AC46E0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224D862B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6D384FCA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56C0448B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7660A418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0A4C930F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47221638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14AE1CCA" w14:textId="6307E736" w:rsidR="00646D55" w:rsidRPr="008450D3" w:rsidRDefault="00646D55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bCs/>
                <w:sz w:val="14"/>
                <w:szCs w:val="14"/>
              </w:rPr>
              <w:t>Si requiere más espacio especifique el número de hojas que anexa. Anexo _____ Hojas.</w:t>
            </w:r>
          </w:p>
        </w:tc>
      </w:tr>
      <w:tr w:rsidR="00646D55" w:rsidRPr="008450D3" w14:paraId="511DE191" w14:textId="77777777" w:rsidTr="00646D55">
        <w:trPr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347A410A" w14:textId="72D41132" w:rsidR="00646D55" w:rsidRPr="008450D3" w:rsidRDefault="00646D55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sz w:val="18"/>
                <w:szCs w:val="18"/>
              </w:rPr>
              <w:t>EN SU CASO, COPIA DE LA RESPUESTA QUE SE IMPUGNA Y DE LA NOTIFICACIÓN CORRESPONDIENTE. SEÑALE LOS DOCUMENTOS QUE SE ACOMPAÑAN O ANEXAN</w:t>
            </w:r>
            <w:r w:rsidR="00E57CF1" w:rsidRPr="008450D3">
              <w:rPr>
                <w:b/>
                <w:sz w:val="18"/>
                <w:szCs w:val="18"/>
              </w:rPr>
              <w:t>.</w:t>
            </w:r>
          </w:p>
        </w:tc>
      </w:tr>
      <w:tr w:rsidR="00646D55" w:rsidRPr="008450D3" w14:paraId="37DBFF62" w14:textId="77777777" w:rsidTr="00D46ABF">
        <w:trPr>
          <w:trHeight w:val="415"/>
          <w:jc w:val="center"/>
        </w:trPr>
        <w:tc>
          <w:tcPr>
            <w:tcW w:w="10368" w:type="dxa"/>
          </w:tcPr>
          <w:p w14:paraId="7E132B3A" w14:textId="77777777" w:rsidR="00646D55" w:rsidRPr="008450D3" w:rsidRDefault="00646D55" w:rsidP="00646D55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Solicitud de ejercicio de derechos ARCO.</w:t>
            </w:r>
          </w:p>
          <w:p w14:paraId="406E59DD" w14:textId="77777777" w:rsidR="00646D55" w:rsidRPr="008450D3" w:rsidRDefault="00646D55" w:rsidP="00646D55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Acto o resolución emitida por el sujeto obligado.</w:t>
            </w:r>
          </w:p>
          <w:p w14:paraId="647A4E9F" w14:textId="77777777" w:rsidR="00646D55" w:rsidRPr="008450D3" w:rsidRDefault="00646D55" w:rsidP="00646D55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Copias de traslado (en su caso).</w:t>
            </w:r>
          </w:p>
          <w:p w14:paraId="432713B6" w14:textId="77777777" w:rsidR="00646D55" w:rsidRPr="008450D3" w:rsidRDefault="00646D55" w:rsidP="00646D55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Otras pruebas que consideren procedentes.</w:t>
            </w:r>
          </w:p>
          <w:p w14:paraId="026355B7" w14:textId="351CBC37" w:rsidR="00646D55" w:rsidRPr="008450D3" w:rsidRDefault="00646D55" w:rsidP="00D46ABF">
            <w:pPr>
              <w:jc w:val="both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lastRenderedPageBreak/>
              <w:t>En su caso, detallar otras pruebas y elementos que se consideren procedentes o necesarias hacer de</w:t>
            </w:r>
            <w:r w:rsidR="00D46ABF">
              <w:rPr>
                <w:sz w:val="16"/>
                <w:szCs w:val="16"/>
              </w:rPr>
              <w:t>l</w:t>
            </w:r>
            <w:r w:rsidRPr="008450D3">
              <w:rPr>
                <w:sz w:val="16"/>
                <w:szCs w:val="16"/>
              </w:rPr>
              <w:t xml:space="preserve"> conocimiento de</w:t>
            </w:r>
            <w:r w:rsidR="00FA3555">
              <w:rPr>
                <w:sz w:val="16"/>
                <w:szCs w:val="16"/>
              </w:rPr>
              <w:t>l Instituto Quintanarroense de Transparencia para el Pueblo.</w:t>
            </w:r>
          </w:p>
        </w:tc>
      </w:tr>
    </w:tbl>
    <w:p w14:paraId="65051AFA" w14:textId="77777777" w:rsidR="00E8024F" w:rsidRPr="008450D3" w:rsidRDefault="00E8024F">
      <w:pPr>
        <w:spacing w:after="0" w:line="240" w:lineRule="auto"/>
        <w:rPr>
          <w:b/>
        </w:rPr>
      </w:pPr>
    </w:p>
    <w:p w14:paraId="512C1893" w14:textId="517107B0" w:rsidR="004859E1" w:rsidRDefault="00F92715" w:rsidP="00D40ED4">
      <w:pPr>
        <w:spacing w:after="0" w:line="240" w:lineRule="auto"/>
        <w:ind w:left="-709" w:right="-801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>DOCUMENTOS QUE ACREDIT</w:t>
      </w:r>
      <w:r w:rsidR="00B647CA">
        <w:rPr>
          <w:b/>
          <w:sz w:val="18"/>
          <w:szCs w:val="18"/>
        </w:rPr>
        <w:t>E</w:t>
      </w:r>
      <w:r w:rsidRPr="008450D3">
        <w:rPr>
          <w:b/>
          <w:sz w:val="18"/>
          <w:szCs w:val="18"/>
        </w:rPr>
        <w:t xml:space="preserve">N LA IDENTIDAD DE LA PERSONA TITULAR </w:t>
      </w:r>
    </w:p>
    <w:p w14:paraId="2D656E34" w14:textId="77777777" w:rsidR="00B647CA" w:rsidRPr="008450D3" w:rsidRDefault="00B647CA" w:rsidP="00D40ED4">
      <w:pPr>
        <w:spacing w:after="0" w:line="240" w:lineRule="auto"/>
        <w:ind w:left="-709" w:right="-801"/>
        <w:jc w:val="both"/>
        <w:rPr>
          <w:sz w:val="18"/>
          <w:szCs w:val="18"/>
        </w:rPr>
      </w:pP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8450D3" w14:paraId="549E7B48" w14:textId="77777777" w:rsidTr="00F92715">
        <w:trPr>
          <w:jc w:val="center"/>
        </w:trPr>
        <w:tc>
          <w:tcPr>
            <w:tcW w:w="10368" w:type="dxa"/>
          </w:tcPr>
          <w:p w14:paraId="12CDA350" w14:textId="08BF1380" w:rsidR="00A64D51" w:rsidRDefault="00F92715" w:rsidP="00FB3D6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proofErr w:type="gramStart"/>
            <w:r w:rsidRPr="00FB3D68">
              <w:rPr>
                <w:sz w:val="16"/>
                <w:szCs w:val="16"/>
              </w:rPr>
              <w:t>[  ]</w:t>
            </w:r>
            <w:proofErr w:type="gramEnd"/>
            <w:r w:rsidRPr="00FB3D68">
              <w:rPr>
                <w:sz w:val="16"/>
                <w:szCs w:val="16"/>
              </w:rPr>
              <w:t xml:space="preserve"> </w:t>
            </w:r>
            <w:r w:rsidR="00A64D51">
              <w:rPr>
                <w:sz w:val="16"/>
                <w:szCs w:val="16"/>
              </w:rPr>
              <w:t>Credencial para Votar, válida y vigente</w:t>
            </w:r>
            <w:r w:rsidR="00E67EC1">
              <w:rPr>
                <w:sz w:val="16"/>
                <w:szCs w:val="16"/>
              </w:rPr>
              <w:t>, emitida por el Instituto Nacional Electoral (INE).</w:t>
            </w:r>
          </w:p>
          <w:p w14:paraId="4A8CB825" w14:textId="0E53D9B4" w:rsidR="00F92715" w:rsidRPr="00FB3D68" w:rsidRDefault="00A64D51" w:rsidP="00FB3D6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[  ]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="00FB3D68" w:rsidRPr="00FB3D68">
              <w:rPr>
                <w:sz w:val="16"/>
                <w:szCs w:val="16"/>
              </w:rPr>
              <w:t>Pasaporte válido y vigente Pasaporte válido y vigente</w:t>
            </w:r>
            <w:r>
              <w:rPr>
                <w:sz w:val="16"/>
                <w:szCs w:val="16"/>
              </w:rPr>
              <w:t>.</w:t>
            </w:r>
          </w:p>
          <w:p w14:paraId="6FA60BCE" w14:textId="709ABE3D" w:rsidR="00E67EC1" w:rsidRDefault="00F92715" w:rsidP="00F92715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</w:t>
            </w:r>
            <w:r w:rsidR="00E67EC1">
              <w:rPr>
                <w:sz w:val="16"/>
                <w:szCs w:val="16"/>
              </w:rPr>
              <w:t>Carta de naturalización, expedida por la Secretaría de Relaciones Exteriores.</w:t>
            </w:r>
          </w:p>
          <w:p w14:paraId="49BF0A58" w14:textId="5685282F" w:rsidR="00A64D51" w:rsidRDefault="00E67EC1" w:rsidP="00F92715">
            <w:pPr>
              <w:spacing w:after="0" w:line="240" w:lineRule="auto"/>
              <w:rPr>
                <w:rFonts w:cs="Arial"/>
                <w:b/>
                <w:bCs/>
              </w:rPr>
            </w:pPr>
            <w:proofErr w:type="gramStart"/>
            <w:r>
              <w:rPr>
                <w:sz w:val="16"/>
                <w:szCs w:val="16"/>
              </w:rPr>
              <w:t>[  ]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="00A64D51" w:rsidRPr="00A64D51">
              <w:rPr>
                <w:sz w:val="16"/>
                <w:szCs w:val="16"/>
              </w:rPr>
              <w:t>Cartilla del Servicio Militar Nacional, expedida por la Secretaría de Defensa Nacional.</w:t>
            </w:r>
            <w:r w:rsidR="00A64D51" w:rsidRPr="00A64D51">
              <w:rPr>
                <w:rFonts w:cs="Arial"/>
                <w:b/>
                <w:bCs/>
              </w:rPr>
              <w:t xml:space="preserve"> </w:t>
            </w:r>
          </w:p>
          <w:p w14:paraId="3A93FC23" w14:textId="00F7879B" w:rsidR="00A64D51" w:rsidRPr="00A64D51" w:rsidRDefault="00A64D51" w:rsidP="00F92715">
            <w:pPr>
              <w:spacing w:after="0" w:line="240" w:lineRule="auto"/>
              <w:rPr>
                <w:rFonts w:cs="Arial"/>
              </w:rPr>
            </w:pPr>
            <w:proofErr w:type="gramStart"/>
            <w:r w:rsidRPr="00A64D51">
              <w:rPr>
                <w:rFonts w:cs="Arial"/>
                <w:sz w:val="16"/>
                <w:szCs w:val="16"/>
              </w:rPr>
              <w:t>[  ]</w:t>
            </w:r>
            <w:proofErr w:type="gramEnd"/>
            <w:r w:rsidRPr="00A64D51">
              <w:rPr>
                <w:rFonts w:cs="Arial"/>
                <w:sz w:val="16"/>
                <w:szCs w:val="16"/>
              </w:rPr>
              <w:t xml:space="preserve"> </w:t>
            </w:r>
            <w:r w:rsidRPr="00A64D51">
              <w:rPr>
                <w:sz w:val="16"/>
                <w:szCs w:val="16"/>
              </w:rPr>
              <w:t>Identificación oficial vigente con fotografía y firma, expedida por el gobierno federal, estatal o municipal que tenga impresa la CURP.</w:t>
            </w:r>
          </w:p>
          <w:p w14:paraId="593A22A6" w14:textId="6FCA1CC1" w:rsidR="00F92715" w:rsidRPr="008450D3" w:rsidRDefault="00A64D51" w:rsidP="00F92715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[  ]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Pr="00A64D51">
              <w:rPr>
                <w:sz w:val="16"/>
                <w:szCs w:val="16"/>
              </w:rPr>
              <w:t xml:space="preserve">Tratándose de persona extranjera </w:t>
            </w:r>
            <w:r w:rsidR="00E67EC1">
              <w:rPr>
                <w:sz w:val="16"/>
                <w:szCs w:val="16"/>
              </w:rPr>
              <w:t xml:space="preserve">con situación migratoria regular, </w:t>
            </w:r>
            <w:r w:rsidRPr="00A64D51">
              <w:rPr>
                <w:sz w:val="16"/>
                <w:szCs w:val="16"/>
              </w:rPr>
              <w:t>el documento migratorio vigente que corresponda, emitido por la autoridad competente</w:t>
            </w:r>
            <w:r>
              <w:rPr>
                <w:sz w:val="16"/>
                <w:szCs w:val="16"/>
              </w:rPr>
              <w:t>.</w:t>
            </w:r>
          </w:p>
          <w:p w14:paraId="68566AA4" w14:textId="722425C6" w:rsidR="00A64D51" w:rsidRDefault="00F92715" w:rsidP="00A64D51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</w:t>
            </w:r>
            <w:r w:rsidR="00E67EC1">
              <w:rPr>
                <w:sz w:val="16"/>
                <w:szCs w:val="16"/>
              </w:rPr>
              <w:t>Tratándose de persona extranjera con situación migratoria irregular, el d</w:t>
            </w:r>
            <w:r w:rsidR="00A64D51" w:rsidRPr="00A64D51">
              <w:rPr>
                <w:sz w:val="16"/>
                <w:szCs w:val="16"/>
              </w:rPr>
              <w:t>ocumento oficial de identidad vigente, expedido por el país de origen (ejemplos enunciativos, mas no limitativos: cédula de identidad, documento nacional de identidad o documento personal de identificación).</w:t>
            </w:r>
          </w:p>
          <w:p w14:paraId="409EF492" w14:textId="1D1E5B8C" w:rsidR="005F4383" w:rsidRDefault="005F4383" w:rsidP="005F4383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[  </w:t>
            </w:r>
            <w:r w:rsidRPr="008450D3">
              <w:rPr>
                <w:sz w:val="16"/>
                <w:szCs w:val="16"/>
              </w:rPr>
              <w:t>]</w:t>
            </w:r>
            <w:proofErr w:type="gramEnd"/>
            <w:r w:rsidRPr="008450D3">
              <w:rPr>
                <w:sz w:val="16"/>
                <w:szCs w:val="16"/>
              </w:rPr>
              <w:t xml:space="preserve"> </w:t>
            </w:r>
            <w:r w:rsidRPr="00C56CFE">
              <w:rPr>
                <w:sz w:val="16"/>
                <w:szCs w:val="16"/>
              </w:rPr>
              <w:t>Firma electrónica avanzada (</w:t>
            </w:r>
            <w:proofErr w:type="spellStart"/>
            <w:proofErr w:type="gramStart"/>
            <w:r w:rsidRPr="00C56CFE">
              <w:rPr>
                <w:sz w:val="16"/>
                <w:szCs w:val="16"/>
              </w:rPr>
              <w:t>e.firma</w:t>
            </w:r>
            <w:proofErr w:type="spellEnd"/>
            <w:proofErr w:type="gramEnd"/>
            <w:r w:rsidRPr="00C56CFE">
              <w:rPr>
                <w:sz w:val="16"/>
                <w:szCs w:val="16"/>
              </w:rPr>
              <w:t xml:space="preserve">) emitida por el Servicio de Administración Tributaria (SAT), o, en su caso, el mecanismo de identificación o instrumento electrónico reconocido por la normativa aplicable. </w:t>
            </w:r>
          </w:p>
          <w:p w14:paraId="2D195810" w14:textId="67198B99" w:rsidR="005F4383" w:rsidRDefault="005F4383" w:rsidP="005F4383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[  ]</w:t>
            </w:r>
            <w:proofErr w:type="gramEnd"/>
            <w:r>
              <w:rPr>
                <w:sz w:val="16"/>
                <w:szCs w:val="16"/>
              </w:rPr>
              <w:t xml:space="preserve"> Mecanismos de autenticación autorizados por las Autoridades Garantes Estatales, según corr</w:t>
            </w:r>
            <w:r w:rsidR="008B14FA">
              <w:rPr>
                <w:sz w:val="16"/>
                <w:szCs w:val="16"/>
              </w:rPr>
              <w:t>esp</w:t>
            </w:r>
            <w:r>
              <w:rPr>
                <w:sz w:val="16"/>
                <w:szCs w:val="16"/>
              </w:rPr>
              <w:t>onda, mediante acuerdo publicado en el Periódico Oficial del Estado de Quintana Roo.</w:t>
            </w:r>
            <w:r w:rsidRPr="008450D3">
              <w:rPr>
                <w:sz w:val="16"/>
                <w:szCs w:val="16"/>
              </w:rPr>
              <w:t xml:space="preserve"> </w:t>
            </w:r>
          </w:p>
          <w:p w14:paraId="67DDF70F" w14:textId="77777777" w:rsidR="005F4383" w:rsidRDefault="005F4383" w:rsidP="00A64D51">
            <w:pPr>
              <w:spacing w:after="0" w:line="240" w:lineRule="auto"/>
              <w:rPr>
                <w:sz w:val="16"/>
                <w:szCs w:val="16"/>
              </w:rPr>
            </w:pPr>
          </w:p>
          <w:p w14:paraId="041A7719" w14:textId="5CBEBA89" w:rsidR="005F4383" w:rsidRDefault="005F4383" w:rsidP="005F4383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CUANDO LA PERSONA TITULAR ACTÚE MEDIANTE REPRESENTANTE, ESTE DEBERÁ ACREDITAR SU PERSONALIDAD EN LOS SIGUIENTES TÉRMINOS:</w:t>
            </w:r>
          </w:p>
          <w:p w14:paraId="54011F38" w14:textId="77777777" w:rsidR="005F4383" w:rsidRPr="005F4383" w:rsidRDefault="005F4383" w:rsidP="005F4383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  <w:p w14:paraId="5CDB3026" w14:textId="4BF15C48" w:rsidR="005F4383" w:rsidRDefault="005F4383" w:rsidP="00E67EC1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5F4383">
              <w:rPr>
                <w:sz w:val="16"/>
                <w:szCs w:val="16"/>
              </w:rPr>
              <w:t>[</w:t>
            </w:r>
            <w:r>
              <w:rPr>
                <w:sz w:val="16"/>
                <w:szCs w:val="16"/>
              </w:rPr>
              <w:t xml:space="preserve"> </w:t>
            </w:r>
            <w:r w:rsidRPr="005F4383">
              <w:rPr>
                <w:sz w:val="16"/>
                <w:szCs w:val="16"/>
              </w:rPr>
              <w:t xml:space="preserve"> ]</w:t>
            </w:r>
            <w:proofErr w:type="gramEnd"/>
            <w:r w:rsidRPr="005F4383">
              <w:rPr>
                <w:sz w:val="16"/>
                <w:szCs w:val="16"/>
              </w:rPr>
              <w:t xml:space="preserve"> Si se trata de una persona física, a través de carta poder simple suscrita ante dos testigos anexando copia simple de las identificaciones oficiales de quienes intervengan en la suscripción de este, instrumento público, o declaración en compare</w:t>
            </w:r>
            <w:r w:rsidR="008B14FA">
              <w:rPr>
                <w:sz w:val="16"/>
                <w:szCs w:val="16"/>
              </w:rPr>
              <w:t>ce</w:t>
            </w:r>
            <w:r w:rsidRPr="005F4383">
              <w:rPr>
                <w:sz w:val="16"/>
                <w:szCs w:val="16"/>
              </w:rPr>
              <w:t xml:space="preserve">ncia personal de la persona titular de los datos personales y de su representante ante las Autoridades Garantes Estatales. </w:t>
            </w:r>
          </w:p>
          <w:p w14:paraId="5AFE0342" w14:textId="77777777" w:rsidR="005F4383" w:rsidRPr="005F4383" w:rsidRDefault="005F4383" w:rsidP="00E67EC1">
            <w:pPr>
              <w:spacing w:after="0" w:line="240" w:lineRule="auto"/>
              <w:rPr>
                <w:sz w:val="16"/>
                <w:szCs w:val="16"/>
              </w:rPr>
            </w:pPr>
          </w:p>
          <w:p w14:paraId="4BB85114" w14:textId="77777777" w:rsidR="005F4383" w:rsidRDefault="005F4383" w:rsidP="00E67EC1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5F4383">
              <w:rPr>
                <w:sz w:val="16"/>
                <w:szCs w:val="16"/>
              </w:rPr>
              <w:t>[</w:t>
            </w:r>
            <w:r>
              <w:rPr>
                <w:sz w:val="16"/>
                <w:szCs w:val="16"/>
              </w:rPr>
              <w:t xml:space="preserve"> </w:t>
            </w:r>
            <w:r w:rsidRPr="005F4383">
              <w:rPr>
                <w:sz w:val="16"/>
                <w:szCs w:val="16"/>
              </w:rPr>
              <w:t xml:space="preserve"> ]</w:t>
            </w:r>
            <w:proofErr w:type="gramEnd"/>
            <w:r w:rsidRPr="005F4383">
              <w:rPr>
                <w:sz w:val="16"/>
                <w:szCs w:val="16"/>
              </w:rPr>
              <w:t xml:space="preserve"> Si se trata de una persona moral, mediante Instrumento Público.</w:t>
            </w:r>
          </w:p>
          <w:p w14:paraId="3F767807" w14:textId="77777777" w:rsidR="000D6E32" w:rsidRDefault="000D6E32" w:rsidP="00E67EC1">
            <w:pPr>
              <w:spacing w:after="0" w:line="240" w:lineRule="auto"/>
              <w:rPr>
                <w:sz w:val="16"/>
                <w:szCs w:val="16"/>
              </w:rPr>
            </w:pPr>
          </w:p>
          <w:p w14:paraId="10C801C7" w14:textId="0C1D0C22" w:rsidR="000D6E32" w:rsidRDefault="000D6E32" w:rsidP="00E67EC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CUANDO SE ACTÚE EN REPRESENTACIÓN DE NIÑOS, NIÑAS Y ADOLESCENTES, </w:t>
            </w:r>
            <w:r w:rsidRPr="000D6E32">
              <w:rPr>
                <w:b/>
                <w:bCs/>
                <w:sz w:val="16"/>
                <w:szCs w:val="16"/>
              </w:rPr>
              <w:t>PERSONA CON DISCAPACIDAD QUE REQUIERA APOYOS PARA EL EJERCICIO DE SU CAPACIDAD JURÍDICA</w:t>
            </w:r>
            <w:r>
              <w:rPr>
                <w:b/>
                <w:bCs/>
                <w:sz w:val="16"/>
                <w:szCs w:val="16"/>
              </w:rPr>
              <w:t xml:space="preserve"> Y PERSONAS FALLECIDAS, </w:t>
            </w:r>
            <w:r>
              <w:rPr>
                <w:sz w:val="16"/>
                <w:szCs w:val="16"/>
              </w:rPr>
              <w:t xml:space="preserve">observar </w:t>
            </w:r>
            <w:r w:rsidR="008B14FA">
              <w:rPr>
                <w:sz w:val="16"/>
                <w:szCs w:val="16"/>
              </w:rPr>
              <w:t xml:space="preserve">el anexo denominado: </w:t>
            </w:r>
            <w:r w:rsidR="008B14FA" w:rsidRPr="008B14FA">
              <w:rPr>
                <w:b/>
                <w:bCs/>
                <w:sz w:val="16"/>
                <w:szCs w:val="16"/>
              </w:rPr>
              <w:t>I</w:t>
            </w:r>
            <w:r w:rsidRPr="008B14FA">
              <w:rPr>
                <w:b/>
                <w:bCs/>
                <w:sz w:val="16"/>
                <w:szCs w:val="16"/>
              </w:rPr>
              <w:t xml:space="preserve">nformación </w:t>
            </w:r>
            <w:r w:rsidR="008B14FA" w:rsidRPr="008B14FA">
              <w:rPr>
                <w:b/>
                <w:bCs/>
                <w:sz w:val="16"/>
                <w:szCs w:val="16"/>
              </w:rPr>
              <w:t>G</w:t>
            </w:r>
            <w:r w:rsidRPr="008B14FA">
              <w:rPr>
                <w:b/>
                <w:bCs/>
                <w:sz w:val="16"/>
                <w:szCs w:val="16"/>
              </w:rPr>
              <w:t xml:space="preserve">eneral de </w:t>
            </w:r>
            <w:r w:rsidR="008B14FA" w:rsidRPr="008B14FA">
              <w:rPr>
                <w:b/>
                <w:bCs/>
                <w:sz w:val="16"/>
                <w:szCs w:val="16"/>
              </w:rPr>
              <w:t>C</w:t>
            </w:r>
            <w:r w:rsidRPr="008B14FA">
              <w:rPr>
                <w:b/>
                <w:bCs/>
                <w:sz w:val="16"/>
                <w:szCs w:val="16"/>
              </w:rPr>
              <w:t xml:space="preserve">arácter </w:t>
            </w:r>
            <w:r w:rsidR="008B14FA" w:rsidRPr="008B14FA">
              <w:rPr>
                <w:b/>
                <w:bCs/>
                <w:sz w:val="16"/>
                <w:szCs w:val="16"/>
              </w:rPr>
              <w:t>O</w:t>
            </w:r>
            <w:r w:rsidRPr="008B14FA">
              <w:rPr>
                <w:b/>
                <w:bCs/>
                <w:sz w:val="16"/>
                <w:szCs w:val="16"/>
              </w:rPr>
              <w:t>rientador.</w:t>
            </w:r>
          </w:p>
          <w:p w14:paraId="23B79366" w14:textId="795D044E" w:rsidR="000D6E32" w:rsidRPr="000D6E32" w:rsidRDefault="000D6E32" w:rsidP="00E67EC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191765" w:rsidRPr="008450D3" w14:paraId="4B2A2D7F" w14:textId="77777777" w:rsidTr="00F92715">
        <w:trPr>
          <w:jc w:val="center"/>
        </w:trPr>
        <w:tc>
          <w:tcPr>
            <w:tcW w:w="10368" w:type="dxa"/>
          </w:tcPr>
          <w:p w14:paraId="0B7CBB4D" w14:textId="69320697" w:rsidR="00191765" w:rsidRPr="008450D3" w:rsidRDefault="00191765" w:rsidP="00F92715">
            <w:pPr>
              <w:spacing w:after="0" w:line="240" w:lineRule="auto"/>
              <w:rPr>
                <w:sz w:val="16"/>
                <w:szCs w:val="16"/>
              </w:rPr>
            </w:pPr>
            <w:r w:rsidRPr="008450D3">
              <w:rPr>
                <w:b/>
                <w:sz w:val="18"/>
                <w:szCs w:val="18"/>
              </w:rPr>
              <w:t>TIPO DE DERECHOS EJERCIDOS (ARCO y de Portabilidad)</w:t>
            </w:r>
          </w:p>
        </w:tc>
      </w:tr>
      <w:tr w:rsidR="00191765" w:rsidRPr="008450D3" w14:paraId="75AF54AF" w14:textId="77777777" w:rsidTr="00F92715">
        <w:trPr>
          <w:jc w:val="center"/>
        </w:trPr>
        <w:tc>
          <w:tcPr>
            <w:tcW w:w="10368" w:type="dxa"/>
          </w:tcPr>
          <w:p w14:paraId="6D6924A2" w14:textId="7E945BDF" w:rsidR="00191765" w:rsidRPr="008450D3" w:rsidRDefault="00191765" w:rsidP="00F92715">
            <w:pPr>
              <w:spacing w:after="0" w:line="240" w:lineRule="auto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</w:t>
            </w: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Acceso                 </w:t>
            </w:r>
            <w:proofErr w:type="gramStart"/>
            <w:r w:rsidRPr="008450D3">
              <w:rPr>
                <w:sz w:val="16"/>
                <w:szCs w:val="16"/>
              </w:rPr>
              <w:t xml:space="preserve">   [  ]</w:t>
            </w:r>
            <w:proofErr w:type="gramEnd"/>
            <w:r w:rsidRPr="008450D3">
              <w:rPr>
                <w:sz w:val="16"/>
                <w:szCs w:val="16"/>
              </w:rPr>
              <w:t xml:space="preserve"> Rectificación                  </w:t>
            </w:r>
            <w:proofErr w:type="gramStart"/>
            <w:r w:rsidRPr="008450D3">
              <w:rPr>
                <w:sz w:val="16"/>
                <w:szCs w:val="16"/>
              </w:rPr>
              <w:t xml:space="preserve">   [  ]</w:t>
            </w:r>
            <w:proofErr w:type="gramEnd"/>
            <w:r w:rsidRPr="008450D3">
              <w:rPr>
                <w:sz w:val="16"/>
                <w:szCs w:val="16"/>
              </w:rPr>
              <w:t xml:space="preserve"> Cancelación                   </w:t>
            </w:r>
            <w:proofErr w:type="gramStart"/>
            <w:r w:rsidRPr="008450D3">
              <w:rPr>
                <w:sz w:val="16"/>
                <w:szCs w:val="16"/>
              </w:rPr>
              <w:t xml:space="preserve">   [  ]</w:t>
            </w:r>
            <w:proofErr w:type="gramEnd"/>
            <w:r w:rsidRPr="008450D3">
              <w:rPr>
                <w:sz w:val="16"/>
                <w:szCs w:val="16"/>
              </w:rPr>
              <w:t xml:space="preserve"> Oposición                        </w:t>
            </w:r>
            <w:proofErr w:type="gramStart"/>
            <w:r w:rsidRPr="008450D3">
              <w:rPr>
                <w:sz w:val="16"/>
                <w:szCs w:val="16"/>
              </w:rPr>
              <w:t xml:space="preserve">   [  ]</w:t>
            </w:r>
            <w:proofErr w:type="gramEnd"/>
            <w:r w:rsidRPr="008450D3">
              <w:rPr>
                <w:sz w:val="16"/>
                <w:szCs w:val="16"/>
              </w:rPr>
              <w:t xml:space="preserve"> De Portabilidad   </w:t>
            </w:r>
          </w:p>
        </w:tc>
      </w:tr>
    </w:tbl>
    <w:p w14:paraId="2BA13732" w14:textId="77777777" w:rsidR="00191765" w:rsidRPr="008450D3" w:rsidRDefault="00191765" w:rsidP="00191765">
      <w:pPr>
        <w:spacing w:line="240" w:lineRule="auto"/>
        <w:jc w:val="both"/>
        <w:rPr>
          <w:i/>
          <w:sz w:val="12"/>
          <w:szCs w:val="12"/>
        </w:rPr>
      </w:pPr>
    </w:p>
    <w:p w14:paraId="4BA55AEB" w14:textId="77777777" w:rsidR="009C1506" w:rsidRPr="008450D3" w:rsidRDefault="009C1506" w:rsidP="00191765">
      <w:pPr>
        <w:spacing w:line="240" w:lineRule="auto"/>
        <w:ind w:left="-851"/>
        <w:rPr>
          <w:i/>
          <w:sz w:val="12"/>
          <w:szCs w:val="12"/>
        </w:rPr>
      </w:pPr>
    </w:p>
    <w:p w14:paraId="056696CA" w14:textId="77777777" w:rsidR="00537786" w:rsidRPr="008450D3" w:rsidRDefault="00537786" w:rsidP="00537786">
      <w:pPr>
        <w:spacing w:after="0" w:line="240" w:lineRule="auto"/>
        <w:ind w:left="-709" w:right="-801"/>
        <w:jc w:val="both"/>
        <w:rPr>
          <w:bCs/>
        </w:rPr>
      </w:pPr>
      <w:r w:rsidRPr="008450D3">
        <w:rPr>
          <w:bCs/>
        </w:rPr>
        <w:t>En la Ciudad de _________________municipio ________________, Estado de ______________</w:t>
      </w:r>
      <w:proofErr w:type="gramStart"/>
      <w:r w:rsidRPr="008450D3">
        <w:rPr>
          <w:bCs/>
        </w:rPr>
        <w:t>_,a</w:t>
      </w:r>
      <w:proofErr w:type="gramEnd"/>
      <w:r w:rsidRPr="008450D3">
        <w:rPr>
          <w:bCs/>
        </w:rPr>
        <w:t xml:space="preserve"> ___________ del mes de _____________ del año ____________.</w:t>
      </w:r>
    </w:p>
    <w:p w14:paraId="0AB18A7C" w14:textId="6DA96B3F" w:rsidR="009C1506" w:rsidRPr="008450D3" w:rsidRDefault="009C1506" w:rsidP="009C1506">
      <w:pPr>
        <w:spacing w:after="0" w:line="240" w:lineRule="auto"/>
        <w:jc w:val="center"/>
        <w:rPr>
          <w:b/>
        </w:rPr>
      </w:pPr>
    </w:p>
    <w:p w14:paraId="0680FC63" w14:textId="77777777" w:rsidR="009C1506" w:rsidRPr="008450D3" w:rsidRDefault="009C1506" w:rsidP="009C1506">
      <w:pPr>
        <w:spacing w:after="0" w:line="240" w:lineRule="auto"/>
        <w:jc w:val="center"/>
        <w:rPr>
          <w:b/>
        </w:rPr>
      </w:pPr>
    </w:p>
    <w:p w14:paraId="630B8A21" w14:textId="7819A073" w:rsidR="009C1506" w:rsidRPr="008450D3" w:rsidRDefault="009C1506" w:rsidP="009C1506">
      <w:pPr>
        <w:spacing w:after="0" w:line="240" w:lineRule="auto"/>
        <w:jc w:val="center"/>
        <w:rPr>
          <w:b/>
        </w:rPr>
      </w:pPr>
      <w:r w:rsidRPr="008450D3">
        <w:rPr>
          <w:b/>
        </w:rPr>
        <w:t>NOMBRE Y FIRMA</w:t>
      </w:r>
    </w:p>
    <w:p w14:paraId="0679BD2D" w14:textId="4022F524" w:rsidR="009C1506" w:rsidRPr="008450D3" w:rsidRDefault="009C1506" w:rsidP="009C1506">
      <w:pPr>
        <w:spacing w:after="0" w:line="240" w:lineRule="auto"/>
        <w:jc w:val="center"/>
        <w:rPr>
          <w:b/>
        </w:rPr>
      </w:pPr>
      <w:r w:rsidRPr="008450D3">
        <w:rPr>
          <w:b/>
        </w:rPr>
        <w:t>(En caso de no saber firmar, bastará con la huella digital)</w:t>
      </w:r>
    </w:p>
    <w:p w14:paraId="0ACE2D53" w14:textId="77777777" w:rsidR="009C1506" w:rsidRPr="008450D3" w:rsidRDefault="009C1506" w:rsidP="009C1506">
      <w:pPr>
        <w:spacing w:after="0" w:line="240" w:lineRule="auto"/>
        <w:rPr>
          <w:b/>
        </w:rPr>
      </w:pPr>
    </w:p>
    <w:p w14:paraId="376566CE" w14:textId="77777777" w:rsidR="00537786" w:rsidRPr="008450D3" w:rsidRDefault="00537786" w:rsidP="00537786">
      <w:pPr>
        <w:spacing w:line="240" w:lineRule="auto"/>
        <w:ind w:left="-709"/>
        <w:rPr>
          <w:i/>
          <w:sz w:val="12"/>
          <w:szCs w:val="12"/>
        </w:rPr>
      </w:pPr>
      <w:r w:rsidRPr="008450D3">
        <w:rPr>
          <w:i/>
          <w:sz w:val="12"/>
          <w:szCs w:val="12"/>
        </w:rPr>
        <w:t xml:space="preserve">*En el caso de que el Recurso de Revisión se interponga ante la Unidad de Transparencia del </w:t>
      </w:r>
      <w:proofErr w:type="gramStart"/>
      <w:r w:rsidRPr="008450D3">
        <w:rPr>
          <w:i/>
          <w:sz w:val="12"/>
          <w:szCs w:val="12"/>
        </w:rPr>
        <w:t>Responsable</w:t>
      </w:r>
      <w:proofErr w:type="gramEnd"/>
      <w:r w:rsidRPr="008450D3">
        <w:rPr>
          <w:i/>
          <w:sz w:val="12"/>
          <w:szCs w:val="12"/>
        </w:rPr>
        <w:t xml:space="preserve"> que haya conocido de la solicitud para el ejercicio de los Derechos ARCO, ésta deberá remitirlo al Instituto a más tardar al día siguiente de haberlo recibido. (Art. 110 último párrafo de la LPDPPSOQROO)</w:t>
      </w:r>
    </w:p>
    <w:p w14:paraId="49C116BA" w14:textId="42ABFD8A" w:rsidR="00537786" w:rsidRPr="008450D3" w:rsidRDefault="00537786" w:rsidP="00537786">
      <w:pPr>
        <w:spacing w:line="240" w:lineRule="auto"/>
        <w:ind w:left="-709"/>
        <w:rPr>
          <w:i/>
          <w:sz w:val="12"/>
          <w:szCs w:val="12"/>
        </w:rPr>
      </w:pPr>
      <w:r w:rsidRPr="008450D3">
        <w:rPr>
          <w:i/>
          <w:sz w:val="12"/>
          <w:szCs w:val="12"/>
        </w:rPr>
        <w:t>* Los datos marcados con * son opcionales.</w:t>
      </w:r>
    </w:p>
    <w:p w14:paraId="77A97A98" w14:textId="77777777" w:rsidR="009C1506" w:rsidRPr="008450D3" w:rsidRDefault="009C1506" w:rsidP="009C1506">
      <w:pPr>
        <w:spacing w:after="0" w:line="240" w:lineRule="auto"/>
        <w:rPr>
          <w:b/>
        </w:rPr>
      </w:pPr>
    </w:p>
    <w:p w14:paraId="3052298B" w14:textId="77777777" w:rsidR="00537786" w:rsidRPr="008450D3" w:rsidRDefault="00537786" w:rsidP="009C1506">
      <w:pPr>
        <w:spacing w:after="0" w:line="240" w:lineRule="auto"/>
        <w:rPr>
          <w:b/>
        </w:rPr>
      </w:pPr>
    </w:p>
    <w:tbl>
      <w:tblPr>
        <w:tblpPr w:leftFromText="141" w:rightFromText="141" w:vertAnchor="text" w:horzAnchor="page" w:tblpX="6249" w:tblpY="121"/>
        <w:tblW w:w="5314" w:type="dxa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2657"/>
        <w:gridCol w:w="2657"/>
      </w:tblGrid>
      <w:tr w:rsidR="000D6E32" w:rsidRPr="008450D3" w14:paraId="20222D08" w14:textId="77777777" w:rsidTr="000D6E32">
        <w:tc>
          <w:tcPr>
            <w:tcW w:w="5314" w:type="dxa"/>
            <w:gridSpan w:val="2"/>
          </w:tcPr>
          <w:p w14:paraId="516B6583" w14:textId="55B3EBC3" w:rsidR="000D6E32" w:rsidRPr="008450D3" w:rsidRDefault="000D6E32" w:rsidP="00AC5F12">
            <w:pPr>
              <w:spacing w:after="0"/>
              <w:jc w:val="center"/>
              <w:rPr>
                <w:sz w:val="16"/>
                <w:szCs w:val="16"/>
              </w:rPr>
            </w:pPr>
            <w:r w:rsidRPr="008450D3">
              <w:rPr>
                <w:b/>
                <w:sz w:val="16"/>
                <w:szCs w:val="16"/>
              </w:rPr>
              <w:t>ACUSE DE RECIBO DE</w:t>
            </w:r>
            <w:r w:rsidR="00AC5F12">
              <w:rPr>
                <w:b/>
                <w:sz w:val="16"/>
                <w:szCs w:val="16"/>
              </w:rPr>
              <w:t xml:space="preserve"> </w:t>
            </w:r>
            <w:r w:rsidRPr="008450D3">
              <w:rPr>
                <w:b/>
                <w:sz w:val="16"/>
                <w:szCs w:val="16"/>
              </w:rPr>
              <w:t>L</w:t>
            </w:r>
            <w:r w:rsidR="00AC5F12">
              <w:rPr>
                <w:b/>
                <w:sz w:val="16"/>
                <w:szCs w:val="16"/>
              </w:rPr>
              <w:t>A</w:t>
            </w:r>
            <w:r w:rsidRPr="008450D3">
              <w:rPr>
                <w:b/>
                <w:sz w:val="16"/>
                <w:szCs w:val="16"/>
              </w:rPr>
              <w:t xml:space="preserve"> </w:t>
            </w:r>
            <w:r w:rsidR="00AC5F12" w:rsidRPr="00AC5F12">
              <w:rPr>
                <w:b/>
                <w:sz w:val="16"/>
                <w:szCs w:val="16"/>
              </w:rPr>
              <w:t>ADMINISTRACIÓN PORTUARIA INTEGRAL DE QUINTANA ROO, S.A. DE C.V.</w:t>
            </w:r>
          </w:p>
        </w:tc>
      </w:tr>
      <w:tr w:rsidR="000D6E32" w:rsidRPr="008450D3" w14:paraId="002AB3FE" w14:textId="77777777" w:rsidTr="000D6E32">
        <w:tc>
          <w:tcPr>
            <w:tcW w:w="2657" w:type="dxa"/>
          </w:tcPr>
          <w:p w14:paraId="5A264899" w14:textId="77777777" w:rsidR="000D6E32" w:rsidRPr="008450D3" w:rsidRDefault="000D6E32" w:rsidP="000D6E32">
            <w:pPr>
              <w:spacing w:after="0"/>
              <w:jc w:val="both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Nombre y firma de la persona servidora pública:</w:t>
            </w:r>
          </w:p>
        </w:tc>
        <w:tc>
          <w:tcPr>
            <w:tcW w:w="2657" w:type="dxa"/>
          </w:tcPr>
          <w:p w14:paraId="09BBF45F" w14:textId="77777777" w:rsidR="000D6E32" w:rsidRPr="008450D3" w:rsidRDefault="000D6E32" w:rsidP="000D6E32">
            <w:pPr>
              <w:spacing w:after="0"/>
              <w:rPr>
                <w:sz w:val="16"/>
                <w:szCs w:val="16"/>
              </w:rPr>
            </w:pPr>
          </w:p>
          <w:p w14:paraId="0A9A8B60" w14:textId="77777777" w:rsidR="000D6E32" w:rsidRPr="008450D3" w:rsidRDefault="000D6E32" w:rsidP="000D6E32">
            <w:pPr>
              <w:spacing w:after="0"/>
              <w:rPr>
                <w:sz w:val="16"/>
                <w:szCs w:val="16"/>
              </w:rPr>
            </w:pPr>
          </w:p>
          <w:p w14:paraId="65E19174" w14:textId="77777777" w:rsidR="000D6E32" w:rsidRPr="008450D3" w:rsidRDefault="000D6E32" w:rsidP="000D6E32">
            <w:pPr>
              <w:spacing w:after="0"/>
              <w:rPr>
                <w:sz w:val="16"/>
                <w:szCs w:val="16"/>
              </w:rPr>
            </w:pPr>
          </w:p>
          <w:p w14:paraId="1995F618" w14:textId="77777777" w:rsidR="000D6E32" w:rsidRPr="008450D3" w:rsidRDefault="000D6E32" w:rsidP="000D6E32">
            <w:pPr>
              <w:spacing w:after="0"/>
              <w:rPr>
                <w:sz w:val="16"/>
                <w:szCs w:val="16"/>
              </w:rPr>
            </w:pPr>
          </w:p>
          <w:p w14:paraId="290EC03A" w14:textId="77777777" w:rsidR="000D6E32" w:rsidRPr="008450D3" w:rsidRDefault="000D6E32" w:rsidP="000D6E32">
            <w:pPr>
              <w:spacing w:after="0"/>
              <w:rPr>
                <w:sz w:val="16"/>
                <w:szCs w:val="16"/>
              </w:rPr>
            </w:pPr>
          </w:p>
          <w:p w14:paraId="35F12BD1" w14:textId="77777777" w:rsidR="000D6E32" w:rsidRPr="008450D3" w:rsidRDefault="000D6E32" w:rsidP="000D6E32">
            <w:pPr>
              <w:spacing w:after="0"/>
              <w:jc w:val="center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(Sello de recibido)</w:t>
            </w:r>
          </w:p>
        </w:tc>
      </w:tr>
    </w:tbl>
    <w:p w14:paraId="6B75A4B7" w14:textId="3A00F7D1" w:rsidR="009C1506" w:rsidRPr="008450D3" w:rsidRDefault="009C1506" w:rsidP="009C1506">
      <w:pPr>
        <w:spacing w:after="0" w:line="240" w:lineRule="auto"/>
        <w:rPr>
          <w:color w:val="C00000"/>
        </w:rPr>
      </w:pPr>
    </w:p>
    <w:p w14:paraId="75EADA33" w14:textId="77777777" w:rsidR="00537786" w:rsidRPr="008450D3" w:rsidRDefault="00537786" w:rsidP="009C1506">
      <w:pPr>
        <w:spacing w:after="0" w:line="240" w:lineRule="auto"/>
        <w:rPr>
          <w:sz w:val="14"/>
          <w:szCs w:val="14"/>
        </w:rPr>
      </w:pPr>
      <w:r w:rsidRPr="008450D3">
        <w:rPr>
          <w:sz w:val="14"/>
          <w:szCs w:val="14"/>
        </w:rPr>
        <w:t xml:space="preserve">                                            </w:t>
      </w:r>
    </w:p>
    <w:p w14:paraId="6DA2D102" w14:textId="77777777" w:rsidR="00FA3555" w:rsidRPr="008450D3" w:rsidRDefault="00FA3555" w:rsidP="009C1506">
      <w:pPr>
        <w:spacing w:after="0" w:line="240" w:lineRule="auto"/>
        <w:rPr>
          <w:sz w:val="14"/>
          <w:szCs w:val="14"/>
        </w:rPr>
      </w:pP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AF6946" w:rsidRPr="008450D3" w14:paraId="7A05E388" w14:textId="77777777" w:rsidTr="00816D65">
        <w:trPr>
          <w:trHeight w:val="219"/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5DF779BB" w14:textId="5AA53C50" w:rsidR="00AF6946" w:rsidRDefault="00AF6946" w:rsidP="00816D65">
            <w:pPr>
              <w:spacing w:after="0" w:line="240" w:lineRule="auto"/>
              <w:jc w:val="center"/>
              <w:rPr>
                <w:b/>
              </w:rPr>
            </w:pPr>
            <w:r w:rsidRPr="00AF6946">
              <w:rPr>
                <w:b/>
              </w:rPr>
              <w:t>INFORMACIÓN GENERAL DE CARÁCTER ORIENTADOR</w:t>
            </w:r>
          </w:p>
        </w:tc>
      </w:tr>
      <w:tr w:rsidR="00AF6946" w:rsidRPr="008450D3" w14:paraId="6C6846DE" w14:textId="77777777" w:rsidTr="00AF6946">
        <w:trPr>
          <w:trHeight w:val="553"/>
          <w:jc w:val="center"/>
        </w:trPr>
        <w:tc>
          <w:tcPr>
            <w:tcW w:w="10368" w:type="dxa"/>
          </w:tcPr>
          <w:p w14:paraId="27CBF670" w14:textId="685BF3CB" w:rsidR="00205591" w:rsidRDefault="00205591" w:rsidP="00816D65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t xml:space="preserve">MEDIOS PARA ACREDITAR LA IDENTIDAD DE </w:t>
            </w:r>
            <w:r>
              <w:rPr>
                <w:b/>
                <w:sz w:val="16"/>
                <w:szCs w:val="16"/>
              </w:rPr>
              <w:t xml:space="preserve">PERSONA MENOR DE EDAD </w:t>
            </w:r>
            <w:r w:rsidRPr="00C56CFE">
              <w:rPr>
                <w:b/>
                <w:sz w:val="16"/>
                <w:szCs w:val="16"/>
              </w:rPr>
              <w:t>TITULAR DE LOS DATOS PERSONALES</w:t>
            </w:r>
          </w:p>
          <w:p w14:paraId="375F25C7" w14:textId="72441F4A" w:rsidR="006D6AF9" w:rsidRPr="006D6AF9" w:rsidRDefault="00205591" w:rsidP="00816D65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La identidad de las personas menores de edad se podrá acreditar mediante su acta de nacimiento, Clave Única de Registro de Población, credenciales expedidas por instituciones educativas o instituciones de seguridad social, pasaporte, </w:t>
            </w:r>
            <w:r w:rsidR="006D6AF9">
              <w:rPr>
                <w:bCs/>
                <w:sz w:val="16"/>
                <w:szCs w:val="16"/>
              </w:rPr>
              <w:t>o cualquier otro documento oficial utilizado para tal fin.</w:t>
            </w:r>
          </w:p>
          <w:p w14:paraId="25E6AB1F" w14:textId="289CDB1F" w:rsidR="006D6AF9" w:rsidRDefault="006D6AF9" w:rsidP="00816D65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6D6AF9">
              <w:rPr>
                <w:bCs/>
                <w:sz w:val="16"/>
                <w:szCs w:val="16"/>
              </w:rPr>
              <w:t xml:space="preserve">Niñas, niños y adolescentes de </w:t>
            </w:r>
            <w:r w:rsidRPr="006D6AF9">
              <w:rPr>
                <w:b/>
                <w:sz w:val="16"/>
                <w:szCs w:val="16"/>
              </w:rPr>
              <w:t>nacionalidad extranjera</w:t>
            </w:r>
            <w:r w:rsidRPr="006D6AF9">
              <w:rPr>
                <w:bCs/>
                <w:sz w:val="16"/>
                <w:szCs w:val="16"/>
              </w:rPr>
              <w:t xml:space="preserve"> que se encuentren en territorio nacional, tienen derecho a comprobar su identidad con los documentos emitidos por la autoridad competente u otros medios previstos en la Ley de Migración y demás disposiciones aplicables. </w:t>
            </w:r>
          </w:p>
          <w:p w14:paraId="02179306" w14:textId="77777777" w:rsidR="00816D65" w:rsidRDefault="00816D65" w:rsidP="00816D65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  <w:p w14:paraId="5E039A03" w14:textId="21277747" w:rsidR="00205591" w:rsidRDefault="00205591" w:rsidP="00816D65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t xml:space="preserve">MEDIOS PARA ACREDITAR LA IDENTIDAD DE </w:t>
            </w:r>
            <w:r>
              <w:rPr>
                <w:b/>
                <w:sz w:val="16"/>
                <w:szCs w:val="16"/>
              </w:rPr>
              <w:t xml:space="preserve">PERSONA QUE </w:t>
            </w:r>
            <w:r w:rsidRPr="00205591">
              <w:rPr>
                <w:b/>
                <w:sz w:val="16"/>
                <w:szCs w:val="16"/>
              </w:rPr>
              <w:t>REQUIERA APOYOS PARA EL EJERCICIO DE SU CAPACIDAD JURÍDICA</w:t>
            </w:r>
          </w:p>
          <w:p w14:paraId="22148B8A" w14:textId="1CF20614" w:rsidR="00C56CFE" w:rsidRPr="00205591" w:rsidRDefault="00205591" w:rsidP="00816D65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La identidad de la persona que requiere apoyos para el ejercicio de su capacidad </w:t>
            </w:r>
            <w:r w:rsidR="006D6AF9">
              <w:rPr>
                <w:bCs/>
                <w:sz w:val="16"/>
                <w:szCs w:val="16"/>
              </w:rPr>
              <w:t>jurídica</w:t>
            </w:r>
            <w:r>
              <w:rPr>
                <w:bCs/>
                <w:sz w:val="16"/>
                <w:szCs w:val="16"/>
              </w:rPr>
              <w:t xml:space="preserve"> se podrá acreditar mediante su acta de nacimiento, Clave Única de Registro de Población, pasaporte</w:t>
            </w:r>
            <w:r w:rsidR="006D6AF9">
              <w:rPr>
                <w:bCs/>
                <w:sz w:val="16"/>
                <w:szCs w:val="16"/>
              </w:rPr>
              <w:t xml:space="preserve">, </w:t>
            </w:r>
            <w:r>
              <w:rPr>
                <w:bCs/>
                <w:sz w:val="16"/>
                <w:szCs w:val="16"/>
              </w:rPr>
              <w:t>o cualquier otro documento o identificación oficial expedida para tal fin.</w:t>
            </w:r>
          </w:p>
          <w:p w14:paraId="73F733FF" w14:textId="593FC3D8" w:rsidR="00C56CFE" w:rsidRDefault="00397B0F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>Tratándose de la persona representante, además de acreditar su identidad</w:t>
            </w:r>
            <w:r w:rsidR="00C56CFE">
              <w:rPr>
                <w:sz w:val="16"/>
                <w:szCs w:val="16"/>
              </w:rPr>
              <w:t>, a través de las identificaciones oficiales antes mencionadas</w:t>
            </w:r>
            <w:r w:rsidRPr="00C56CFE">
              <w:rPr>
                <w:sz w:val="16"/>
                <w:szCs w:val="16"/>
              </w:rPr>
              <w:t xml:space="preserve">, deberá presentar el </w:t>
            </w:r>
            <w:r w:rsidR="00C56CFE" w:rsidRPr="00C56CFE">
              <w:rPr>
                <w:sz w:val="16"/>
                <w:szCs w:val="16"/>
              </w:rPr>
              <w:t>Instrumento Público</w:t>
            </w:r>
            <w:r w:rsidR="00C56CFE">
              <w:rPr>
                <w:sz w:val="16"/>
                <w:szCs w:val="16"/>
              </w:rPr>
              <w:t xml:space="preserve"> o </w:t>
            </w:r>
            <w:r w:rsidR="00C56CFE" w:rsidRPr="00C56CFE">
              <w:rPr>
                <w:sz w:val="16"/>
                <w:szCs w:val="16"/>
              </w:rPr>
              <w:t>Carta Poder simple</w:t>
            </w:r>
            <w:r w:rsidR="00C56CFE">
              <w:rPr>
                <w:sz w:val="16"/>
                <w:szCs w:val="16"/>
              </w:rPr>
              <w:t>, en los cuales se acrediten las facultades de representación</w:t>
            </w:r>
            <w:r w:rsidR="00C56CFE" w:rsidRPr="00C56CFE">
              <w:rPr>
                <w:sz w:val="16"/>
                <w:szCs w:val="16"/>
              </w:rPr>
              <w:t>, firmada ante dos testigos anexando copia simple de las identificaciones oficiales de quienes intervengan en la suscripción de este, o declaración en compare</w:t>
            </w:r>
            <w:r w:rsidR="008B14FA">
              <w:rPr>
                <w:sz w:val="16"/>
                <w:szCs w:val="16"/>
              </w:rPr>
              <w:t>ce</w:t>
            </w:r>
            <w:r w:rsidR="00C56CFE" w:rsidRPr="00C56CFE">
              <w:rPr>
                <w:sz w:val="16"/>
                <w:szCs w:val="16"/>
              </w:rPr>
              <w:t>ncia personal de la persona titular de los datos personales.</w:t>
            </w:r>
          </w:p>
          <w:p w14:paraId="67E6B80C" w14:textId="77777777" w:rsidR="00C56CFE" w:rsidRDefault="00C56CFE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21F9BCFF" w14:textId="1911CFC7" w:rsidR="00397B0F" w:rsidRPr="00C56CFE" w:rsidRDefault="00397B0F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 xml:space="preserve">Asimismo, la persona titular de los datos personales y, en su caso, su representante, podrán acreditar su identidad y personalidad mediante comparecencia personal ante </w:t>
            </w:r>
            <w:r w:rsidR="003F5FE8">
              <w:rPr>
                <w:sz w:val="16"/>
                <w:szCs w:val="16"/>
              </w:rPr>
              <w:t>la</w:t>
            </w:r>
            <w:r w:rsidRPr="00C56CFE">
              <w:rPr>
                <w:sz w:val="16"/>
                <w:szCs w:val="16"/>
              </w:rPr>
              <w:t xml:space="preserve"> </w:t>
            </w:r>
            <w:r w:rsidR="003F5FE8" w:rsidRPr="003F5FE8">
              <w:rPr>
                <w:sz w:val="16"/>
                <w:szCs w:val="16"/>
              </w:rPr>
              <w:t>Administración Portuaria Integral de Quintana Roo, S.A. de C.V.</w:t>
            </w:r>
            <w:r w:rsidR="003F5FE8">
              <w:rPr>
                <w:sz w:val="16"/>
                <w:szCs w:val="16"/>
              </w:rPr>
              <w:t>,</w:t>
            </w:r>
            <w:r w:rsidRPr="00C56CFE">
              <w:rPr>
                <w:color w:val="C00000"/>
                <w:sz w:val="16"/>
                <w:szCs w:val="16"/>
              </w:rPr>
              <w:t xml:space="preserve"> </w:t>
            </w:r>
            <w:r w:rsidRPr="00C56CFE">
              <w:rPr>
                <w:sz w:val="16"/>
                <w:szCs w:val="16"/>
              </w:rPr>
              <w:t>en los términos de la normativa aplicable.</w:t>
            </w:r>
          </w:p>
          <w:p w14:paraId="6C0457BB" w14:textId="77777777" w:rsidR="00C56CFE" w:rsidRDefault="00C56CFE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 xml:space="preserve">Para acreditar la representación legal o, en su caso, la personalidad de quien actúe en nombre de </w:t>
            </w:r>
            <w:r w:rsidRPr="00C56CFE">
              <w:rPr>
                <w:b/>
                <w:bCs/>
                <w:sz w:val="16"/>
                <w:szCs w:val="16"/>
              </w:rPr>
              <w:t>una persona menor de edad, de una persona con discapacidad que requiera apoyos para el ejercicio de su capacidad jurídica, o de una persona fallecida</w:t>
            </w:r>
            <w:r w:rsidRPr="00C56CFE">
              <w:rPr>
                <w:sz w:val="16"/>
                <w:szCs w:val="16"/>
              </w:rPr>
              <w:t>, se deberá presentar la documentación que corresponda, atendiendo a las circunstancias particulares de cada caso:</w:t>
            </w:r>
          </w:p>
          <w:p w14:paraId="056F7D52" w14:textId="77777777" w:rsidR="00816D65" w:rsidRDefault="00816D65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14:paraId="7831F0B6" w14:textId="5ACCFF6A" w:rsidR="000D6E32" w:rsidRDefault="000D6E32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D6E32">
              <w:rPr>
                <w:b/>
                <w:bCs/>
                <w:sz w:val="16"/>
                <w:szCs w:val="16"/>
              </w:rPr>
              <w:t xml:space="preserve">Acreditación de menores de edad cuando sus padres ejercen la patria potestad </w:t>
            </w:r>
          </w:p>
          <w:p w14:paraId="03D68F6F" w14:textId="74666EA5" w:rsidR="00AF6946" w:rsidRPr="000D6E32" w:rsidRDefault="00AF6946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>En el caso de que los padres tengan la patria potestad de</w:t>
            </w:r>
            <w:r w:rsidR="000D6E32">
              <w:rPr>
                <w:sz w:val="16"/>
                <w:szCs w:val="16"/>
              </w:rPr>
              <w:t xml:space="preserve"> la niña, niño o adolescente</w:t>
            </w:r>
            <w:r w:rsidRPr="00C56CFE">
              <w:rPr>
                <w:sz w:val="16"/>
                <w:szCs w:val="16"/>
              </w:rPr>
              <w:t xml:space="preserve"> y sean los que presenten el recurso de revisión, además de acreditar la identidad del </w:t>
            </w:r>
            <w:r w:rsidR="000D6E32" w:rsidRPr="00C56CFE">
              <w:rPr>
                <w:sz w:val="16"/>
                <w:szCs w:val="16"/>
              </w:rPr>
              <w:t xml:space="preserve">menor </w:t>
            </w:r>
            <w:r w:rsidR="000D6E32">
              <w:rPr>
                <w:sz w:val="16"/>
                <w:szCs w:val="16"/>
              </w:rPr>
              <w:t xml:space="preserve">de edad, </w:t>
            </w:r>
            <w:r w:rsidRPr="00C56CFE">
              <w:rPr>
                <w:sz w:val="16"/>
                <w:szCs w:val="16"/>
              </w:rPr>
              <w:t>deberán presentar los siguientes documentos:</w:t>
            </w:r>
          </w:p>
          <w:p w14:paraId="003A6B3B" w14:textId="6BAE4FC9" w:rsidR="000D6E32" w:rsidRDefault="00AF6946" w:rsidP="00816D65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0D6E32">
              <w:rPr>
                <w:sz w:val="16"/>
                <w:szCs w:val="16"/>
              </w:rPr>
              <w:t>Acta de nacimiento de la persona menor de edad</w:t>
            </w:r>
            <w:r w:rsidR="000D6E32">
              <w:rPr>
                <w:sz w:val="16"/>
                <w:szCs w:val="16"/>
              </w:rPr>
              <w:t xml:space="preserve"> y</w:t>
            </w:r>
            <w:r w:rsidRPr="000D6E32">
              <w:rPr>
                <w:sz w:val="16"/>
                <w:szCs w:val="16"/>
              </w:rPr>
              <w:t>;</w:t>
            </w:r>
          </w:p>
          <w:p w14:paraId="6D032D9A" w14:textId="77777777" w:rsidR="000D6E32" w:rsidRDefault="00AF6946" w:rsidP="00816D65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0D6E32">
              <w:rPr>
                <w:sz w:val="16"/>
                <w:szCs w:val="16"/>
              </w:rPr>
              <w:t>Documento de identificación oficial del padre o de la madre que pretenda ejercer el derecho, y</w:t>
            </w:r>
          </w:p>
          <w:p w14:paraId="53AC6A42" w14:textId="77777777" w:rsidR="000D6E32" w:rsidRDefault="000D6E32" w:rsidP="00816D65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0D6E32">
              <w:rPr>
                <w:sz w:val="16"/>
                <w:szCs w:val="16"/>
              </w:rPr>
              <w:t>Carta bajo protesta de decir verdad, mediante la cual se manifieste que el padre o la madre, según corresponda, ejerce la patria potestad sobre la persona menor de edad y que ésta no se encuentra sujeta a alguno de los supuestos legales de suspensión, pérdida o limitación de la patria potestad.</w:t>
            </w:r>
          </w:p>
          <w:p w14:paraId="7CEAE7D6" w14:textId="77777777" w:rsidR="00816D65" w:rsidRDefault="00816D65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14:paraId="3B05F82A" w14:textId="2ADD0A8F" w:rsidR="000D6E32" w:rsidRDefault="000D6E32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D6E32">
              <w:rPr>
                <w:b/>
                <w:bCs/>
                <w:sz w:val="16"/>
                <w:szCs w:val="16"/>
              </w:rPr>
              <w:t xml:space="preserve">Acreditación de menores de edad cuando </w:t>
            </w:r>
            <w:r>
              <w:rPr>
                <w:b/>
                <w:bCs/>
                <w:sz w:val="16"/>
                <w:szCs w:val="16"/>
              </w:rPr>
              <w:t xml:space="preserve">una persona distinta a </w:t>
            </w:r>
            <w:r w:rsidRPr="000D6E32">
              <w:rPr>
                <w:b/>
                <w:bCs/>
                <w:sz w:val="16"/>
                <w:szCs w:val="16"/>
              </w:rPr>
              <w:t xml:space="preserve">sus padres ejerce la patria potestad </w:t>
            </w:r>
          </w:p>
          <w:p w14:paraId="2D63B10E" w14:textId="579B2464" w:rsidR="000D6E32" w:rsidRDefault="000D6E32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Cuando la persona titular sea menor de edad y su patria potestad la ejerce una persona distinta a los padres y ésta sea quien presente el recurso de revisión de datos personales</w:t>
            </w:r>
            <w:r w:rsidR="00C823B4">
              <w:rPr>
                <w:sz w:val="16"/>
                <w:szCs w:val="16"/>
              </w:rPr>
              <w:t>, además de acreditar la identidad del menor de edad se deberá acreditar la identidad y representación de la persona mediante los siguientes documentos:</w:t>
            </w:r>
          </w:p>
          <w:p w14:paraId="6CE2B700" w14:textId="77777777" w:rsidR="00C823B4" w:rsidRDefault="00C823B4" w:rsidP="00816D65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>Acta de nacimiento del menor de edad;</w:t>
            </w:r>
          </w:p>
          <w:p w14:paraId="5CD14F06" w14:textId="77777777" w:rsidR="00C823B4" w:rsidRDefault="00C823B4" w:rsidP="00816D65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C823B4">
              <w:rPr>
                <w:sz w:val="16"/>
                <w:szCs w:val="16"/>
              </w:rPr>
              <w:t>ocumento legal que acredite la</w:t>
            </w:r>
            <w:r>
              <w:rPr>
                <w:sz w:val="16"/>
                <w:szCs w:val="16"/>
              </w:rPr>
              <w:t xml:space="preserve"> patria potestad y, </w:t>
            </w:r>
          </w:p>
          <w:p w14:paraId="0DEAD74A" w14:textId="77777777" w:rsidR="00C823B4" w:rsidRDefault="00C823B4" w:rsidP="00816D65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 xml:space="preserve">Documento de identificación oficial </w:t>
            </w:r>
            <w:r>
              <w:rPr>
                <w:sz w:val="16"/>
                <w:szCs w:val="16"/>
              </w:rPr>
              <w:t>de quien ejerce la patria potestad.</w:t>
            </w:r>
          </w:p>
          <w:p w14:paraId="17FB5508" w14:textId="7C0A0D1D" w:rsidR="00C823B4" w:rsidRPr="00205591" w:rsidRDefault="00C823B4" w:rsidP="00816D65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>Carta bajo protesta de decir verdad, mediante la cual se manifieste que se ejerce la patria potestad sobre la persona menor de edad y que ésta no se encuentra sujeta a alguno de los supuestos legales de suspensión, pérdida o limitación de la patria potestad.</w:t>
            </w:r>
          </w:p>
          <w:p w14:paraId="5800ECF3" w14:textId="77777777" w:rsidR="00816D65" w:rsidRDefault="00816D65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14:paraId="1F0FB15E" w14:textId="2D09474C" w:rsidR="00C823B4" w:rsidRDefault="00C823B4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D6E32">
              <w:rPr>
                <w:b/>
                <w:bCs/>
                <w:sz w:val="16"/>
                <w:szCs w:val="16"/>
              </w:rPr>
              <w:t xml:space="preserve">Acreditación de menores de edad cuando </w:t>
            </w:r>
            <w:r>
              <w:rPr>
                <w:b/>
                <w:bCs/>
                <w:sz w:val="16"/>
                <w:szCs w:val="16"/>
              </w:rPr>
              <w:t>son representados por un tutor</w:t>
            </w:r>
          </w:p>
          <w:p w14:paraId="2BFC5B66" w14:textId="5FC63DAA" w:rsidR="00C823B4" w:rsidRDefault="00C823B4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 xml:space="preserve">Cuando </w:t>
            </w:r>
            <w:r>
              <w:rPr>
                <w:sz w:val="16"/>
                <w:szCs w:val="16"/>
              </w:rPr>
              <w:t>la persona titular</w:t>
            </w:r>
            <w:r w:rsidRPr="00C823B4">
              <w:rPr>
                <w:sz w:val="16"/>
                <w:szCs w:val="16"/>
              </w:rPr>
              <w:t xml:space="preserve"> sea un menor de edad </w:t>
            </w:r>
            <w:r>
              <w:rPr>
                <w:sz w:val="16"/>
                <w:szCs w:val="16"/>
              </w:rPr>
              <w:t>y el recurso de revisión lo</w:t>
            </w:r>
            <w:r w:rsidRPr="00C823B4">
              <w:rPr>
                <w:sz w:val="16"/>
                <w:szCs w:val="16"/>
              </w:rPr>
              <w:t xml:space="preserve"> presente su tutor, además de acreditar la identidad del menor</w:t>
            </w:r>
            <w:r>
              <w:rPr>
                <w:sz w:val="16"/>
                <w:szCs w:val="16"/>
              </w:rPr>
              <w:t xml:space="preserve"> de edad</w:t>
            </w:r>
            <w:r w:rsidRPr="00C823B4">
              <w:rPr>
                <w:sz w:val="16"/>
                <w:szCs w:val="16"/>
              </w:rPr>
              <w:t>, el tutor deberá acreditar su identidad y representación mediante los siguientes documentos:</w:t>
            </w:r>
          </w:p>
          <w:p w14:paraId="4EFFCF13" w14:textId="46B7FA92" w:rsidR="00C823B4" w:rsidRPr="00C823B4" w:rsidRDefault="00C823B4" w:rsidP="00816D65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 xml:space="preserve">Acta de nacimiento del menor de edad; </w:t>
            </w:r>
          </w:p>
          <w:p w14:paraId="28182F09" w14:textId="77777777" w:rsidR="00C823B4" w:rsidRDefault="00C823B4" w:rsidP="00816D65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>Documento legal que acredite la tutela, y</w:t>
            </w:r>
            <w:r>
              <w:rPr>
                <w:sz w:val="16"/>
                <w:szCs w:val="16"/>
              </w:rPr>
              <w:t>;</w:t>
            </w:r>
          </w:p>
          <w:p w14:paraId="39B1C403" w14:textId="6DC7E139" w:rsidR="00C823B4" w:rsidRDefault="00C823B4" w:rsidP="00816D65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>Documento de identificación oficial del tutor.</w:t>
            </w:r>
          </w:p>
          <w:p w14:paraId="60C35F93" w14:textId="727488D0" w:rsidR="00C823B4" w:rsidRPr="00C823B4" w:rsidRDefault="00C823B4" w:rsidP="00816D65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>Carta bajo protesta de decir verdad, mediante la cual se manifieste que se ejerce la tutela sobre la persona correspondiente y que no se encuentra sujet</w:t>
            </w:r>
            <w:r w:rsidR="00A76B86">
              <w:rPr>
                <w:sz w:val="16"/>
                <w:szCs w:val="16"/>
              </w:rPr>
              <w:t>a</w:t>
            </w:r>
            <w:r w:rsidRPr="00C823B4">
              <w:rPr>
                <w:sz w:val="16"/>
                <w:szCs w:val="16"/>
              </w:rPr>
              <w:t xml:space="preserve"> a alguno de los supuestos legales de suspensión, remoción o terminación de la tutela.</w:t>
            </w:r>
          </w:p>
          <w:p w14:paraId="27BC484C" w14:textId="77777777" w:rsidR="00816D65" w:rsidRDefault="00816D65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14:paraId="5697AC77" w14:textId="368F04EA" w:rsidR="00C823B4" w:rsidRDefault="00C823B4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D6E32">
              <w:rPr>
                <w:b/>
                <w:bCs/>
                <w:sz w:val="16"/>
                <w:szCs w:val="16"/>
              </w:rPr>
              <w:t>Acreditación de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56CFE">
              <w:rPr>
                <w:b/>
                <w:bCs/>
                <w:sz w:val="16"/>
                <w:szCs w:val="16"/>
              </w:rPr>
              <w:t>persona con discapacidad que requiera apoyos para el ejercicio de su capacidad jurídica</w:t>
            </w:r>
          </w:p>
          <w:p w14:paraId="799983D0" w14:textId="77777777" w:rsidR="00C823B4" w:rsidRDefault="00C823B4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 xml:space="preserve">Cuando </w:t>
            </w:r>
            <w:r>
              <w:rPr>
                <w:sz w:val="16"/>
                <w:szCs w:val="16"/>
              </w:rPr>
              <w:t xml:space="preserve">la persona </w:t>
            </w:r>
            <w:r w:rsidRPr="00C823B4">
              <w:rPr>
                <w:sz w:val="16"/>
                <w:szCs w:val="16"/>
              </w:rPr>
              <w:t xml:space="preserve">titular </w:t>
            </w:r>
            <w:r>
              <w:rPr>
                <w:sz w:val="16"/>
                <w:szCs w:val="16"/>
              </w:rPr>
              <w:t xml:space="preserve">de los datos personales </w:t>
            </w:r>
            <w:r w:rsidRPr="00C823B4">
              <w:rPr>
                <w:sz w:val="16"/>
                <w:szCs w:val="16"/>
              </w:rPr>
              <w:t xml:space="preserve">sea una persona con discapacidad que requiera apoyos para el ejercicio de su capacidad jurídica, además de acreditar la identidad de la persona, su representante deberá acreditar su identidad y representación mediante los siguientes documentos: </w:t>
            </w:r>
          </w:p>
          <w:p w14:paraId="4AFA9D0C" w14:textId="06928465" w:rsidR="00C823B4" w:rsidRDefault="000C5D0F" w:rsidP="00816D65">
            <w:pPr>
              <w:pStyle w:val="Prrafodelista"/>
              <w:numPr>
                <w:ilvl w:val="0"/>
                <w:numId w:val="24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0C5D0F">
              <w:rPr>
                <w:sz w:val="16"/>
                <w:szCs w:val="16"/>
              </w:rPr>
              <w:t>scrituras públicas de designación de apoyos o resoluciones judiciales de provisión de apoyos</w:t>
            </w:r>
            <w:r w:rsidR="00DE59CB">
              <w:rPr>
                <w:sz w:val="16"/>
                <w:szCs w:val="16"/>
              </w:rPr>
              <w:t>.</w:t>
            </w:r>
          </w:p>
          <w:p w14:paraId="4B13EDD4" w14:textId="65706375" w:rsidR="00C823B4" w:rsidRPr="000C5D0F" w:rsidRDefault="000C5D0F" w:rsidP="00816D65">
            <w:pPr>
              <w:pStyle w:val="Prrafodelista"/>
              <w:numPr>
                <w:ilvl w:val="0"/>
                <w:numId w:val="24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Identificación oficial de la persona designada como apoyo.</w:t>
            </w:r>
          </w:p>
          <w:p w14:paraId="31AC45F3" w14:textId="5C63E557" w:rsidR="00D66A73" w:rsidRDefault="00D66A73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D6E32">
              <w:rPr>
                <w:b/>
                <w:bCs/>
                <w:sz w:val="16"/>
                <w:szCs w:val="16"/>
              </w:rPr>
              <w:t>Acreditación de</w:t>
            </w:r>
            <w:r>
              <w:rPr>
                <w:b/>
                <w:bCs/>
                <w:sz w:val="16"/>
                <w:szCs w:val="16"/>
              </w:rPr>
              <w:t xml:space="preserve"> las personas vinculadas a personas fallecidas</w:t>
            </w:r>
          </w:p>
          <w:p w14:paraId="5891700E" w14:textId="5BCE9AE5" w:rsidR="00D66A73" w:rsidRDefault="00D66A73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6A73">
              <w:rPr>
                <w:sz w:val="16"/>
                <w:szCs w:val="16"/>
              </w:rPr>
              <w:t>En términos de los artículos 4</w:t>
            </w:r>
            <w:r>
              <w:rPr>
                <w:sz w:val="16"/>
                <w:szCs w:val="16"/>
              </w:rPr>
              <w:t>3</w:t>
            </w:r>
            <w:r w:rsidRPr="00D66A73">
              <w:rPr>
                <w:sz w:val="16"/>
                <w:szCs w:val="16"/>
              </w:rPr>
              <w:t xml:space="preserve">, último párrafo, de la </w:t>
            </w:r>
            <w:r w:rsidR="002E1E23" w:rsidRPr="00C56CFE">
              <w:rPr>
                <w:sz w:val="16"/>
                <w:szCs w:val="16"/>
              </w:rPr>
              <w:t xml:space="preserve">Ley General de Protección de Datos Personales en Posesión de Sujetos Obligados </w:t>
            </w:r>
            <w:r w:rsidRPr="00D66A73">
              <w:rPr>
                <w:sz w:val="16"/>
                <w:szCs w:val="16"/>
              </w:rPr>
              <w:t xml:space="preserve">y </w:t>
            </w:r>
            <w:r>
              <w:rPr>
                <w:sz w:val="16"/>
                <w:szCs w:val="16"/>
              </w:rPr>
              <w:t>49, último párrafo de la Ley de Protección de Datos Personales en Posesión de Sujetos Obligados del Estado de Quintana Roo</w:t>
            </w:r>
            <w:r w:rsidRPr="00D66A73">
              <w:rPr>
                <w:sz w:val="16"/>
                <w:szCs w:val="16"/>
              </w:rPr>
              <w:t>, la persona que acredite tener un interés jurídico</w:t>
            </w:r>
            <w:r>
              <w:rPr>
                <w:sz w:val="16"/>
                <w:szCs w:val="16"/>
              </w:rPr>
              <w:t xml:space="preserve">, de conformidad con las leyes aplicables, podrá presentar recurso de revisión, siempre que la persona titular </w:t>
            </w:r>
            <w:r>
              <w:rPr>
                <w:sz w:val="16"/>
                <w:szCs w:val="16"/>
              </w:rPr>
              <w:lastRenderedPageBreak/>
              <w:t xml:space="preserve">de los derechos hubiere expresado fehacientemente su voluntad en tal sentido o que exista un mandato judicial para dicho efecto, de ser así, deberá presentar </w:t>
            </w:r>
            <w:r w:rsidRPr="00D66A73">
              <w:rPr>
                <w:sz w:val="16"/>
                <w:szCs w:val="16"/>
              </w:rPr>
              <w:t xml:space="preserve">ante el responsable los siguientes documentos: </w:t>
            </w:r>
          </w:p>
          <w:p w14:paraId="78A35C21" w14:textId="49483D14" w:rsidR="00D66A73" w:rsidRPr="00D66A73" w:rsidRDefault="00D66A73" w:rsidP="00816D65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D66A73">
              <w:rPr>
                <w:sz w:val="16"/>
                <w:szCs w:val="16"/>
              </w:rPr>
              <w:t>Acta de defunción de</w:t>
            </w:r>
            <w:r w:rsidR="002E1E23">
              <w:rPr>
                <w:sz w:val="16"/>
                <w:szCs w:val="16"/>
              </w:rPr>
              <w:t xml:space="preserve"> </w:t>
            </w:r>
            <w:r w:rsidRPr="00D66A73">
              <w:rPr>
                <w:sz w:val="16"/>
                <w:szCs w:val="16"/>
              </w:rPr>
              <w:t>l</w:t>
            </w:r>
            <w:r w:rsidR="002E1E23">
              <w:rPr>
                <w:sz w:val="16"/>
                <w:szCs w:val="16"/>
              </w:rPr>
              <w:t>a persona</w:t>
            </w:r>
            <w:r w:rsidRPr="00D66A73">
              <w:rPr>
                <w:sz w:val="16"/>
                <w:szCs w:val="16"/>
              </w:rPr>
              <w:t xml:space="preserve"> titular; </w:t>
            </w:r>
          </w:p>
          <w:p w14:paraId="659E8F67" w14:textId="06A2B844" w:rsidR="00D66A73" w:rsidRPr="00D66A73" w:rsidRDefault="00D66A73" w:rsidP="00816D65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D66A73">
              <w:rPr>
                <w:sz w:val="16"/>
                <w:szCs w:val="16"/>
              </w:rPr>
              <w:t>Documentos que acrediten el interés jurídico de</w:t>
            </w:r>
            <w:r w:rsidRPr="00C56CFE">
              <w:rPr>
                <w:sz w:val="16"/>
                <w:szCs w:val="16"/>
              </w:rPr>
              <w:t xml:space="preserve"> quien presenta el recurso de revisión.</w:t>
            </w:r>
          </w:p>
          <w:p w14:paraId="7285F643" w14:textId="7EF90637" w:rsidR="00D66A73" w:rsidRPr="00D66A73" w:rsidRDefault="00D66A73" w:rsidP="00816D65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D66A73">
              <w:rPr>
                <w:sz w:val="16"/>
                <w:szCs w:val="16"/>
              </w:rPr>
              <w:t xml:space="preserve">Documento de identificación oficial de quien </w:t>
            </w:r>
            <w:r w:rsidRPr="00C56CFE">
              <w:rPr>
                <w:sz w:val="16"/>
                <w:szCs w:val="16"/>
              </w:rPr>
              <w:t>presenta el recurso de revisión.</w:t>
            </w:r>
          </w:p>
          <w:p w14:paraId="5B45FAFB" w14:textId="77777777" w:rsidR="00816D65" w:rsidRDefault="00816D65" w:rsidP="00816D65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  <w:p w14:paraId="6D7C0A79" w14:textId="5700F864" w:rsidR="00AF6946" w:rsidRPr="00C56CFE" w:rsidRDefault="00AF6946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t>OBSERVACIONES:</w:t>
            </w:r>
          </w:p>
          <w:p w14:paraId="41D46C07" w14:textId="77777777" w:rsidR="00205591" w:rsidRDefault="00AF6946" w:rsidP="00816D65">
            <w:pPr>
              <w:pStyle w:val="Prrafodelista"/>
              <w:numPr>
                <w:ilvl w:val="0"/>
                <w:numId w:val="28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205591">
              <w:rPr>
                <w:sz w:val="16"/>
                <w:szCs w:val="16"/>
              </w:rPr>
              <w:t>No es necesario que la persona titular ratifique el Recurso de Revisión interpuesto.</w:t>
            </w:r>
          </w:p>
          <w:p w14:paraId="60AA1042" w14:textId="7E3F705B" w:rsidR="00205591" w:rsidRDefault="00AF6946" w:rsidP="00816D65">
            <w:pPr>
              <w:pStyle w:val="Prrafodelista"/>
              <w:numPr>
                <w:ilvl w:val="0"/>
                <w:numId w:val="28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205591">
              <w:rPr>
                <w:sz w:val="16"/>
                <w:szCs w:val="16"/>
              </w:rPr>
              <w:t>Las resoluciones de</w:t>
            </w:r>
            <w:r w:rsidR="002E1E23">
              <w:rPr>
                <w:sz w:val="16"/>
                <w:szCs w:val="16"/>
              </w:rPr>
              <w:t xml:space="preserve"> la Autoridad Garante Estatal</w:t>
            </w:r>
            <w:r w:rsidRPr="00205591">
              <w:rPr>
                <w:sz w:val="16"/>
                <w:szCs w:val="16"/>
              </w:rPr>
              <w:t xml:space="preserve"> serán vinculantes, definitivas e </w:t>
            </w:r>
            <w:r w:rsidR="00205591" w:rsidRPr="00205591">
              <w:rPr>
                <w:sz w:val="16"/>
                <w:szCs w:val="16"/>
              </w:rPr>
              <w:t>inatacables</w:t>
            </w:r>
            <w:r w:rsidRPr="00205591">
              <w:rPr>
                <w:sz w:val="16"/>
                <w:szCs w:val="16"/>
              </w:rPr>
              <w:t xml:space="preserve"> para los responsables.</w:t>
            </w:r>
          </w:p>
          <w:p w14:paraId="4EF6C820" w14:textId="4DCA443D" w:rsidR="00AF6946" w:rsidRPr="00205591" w:rsidRDefault="00AF6946" w:rsidP="00816D65">
            <w:pPr>
              <w:pStyle w:val="Prrafodelista"/>
              <w:numPr>
                <w:ilvl w:val="0"/>
                <w:numId w:val="28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205591">
              <w:rPr>
                <w:sz w:val="16"/>
                <w:szCs w:val="16"/>
              </w:rPr>
              <w:t>Las personas titulares por sí mismas o a través de su representante, podrán impugnar dichas resoluciones ante los jueces y tribunales especializados en materia de datos personales establecidos por el Poder Judicial de la Federación mediante el juicio de amparo.</w:t>
            </w:r>
          </w:p>
        </w:tc>
      </w:tr>
      <w:tr w:rsidR="00C76C54" w:rsidRPr="008450D3" w14:paraId="0CBC1CBD" w14:textId="77777777" w:rsidTr="00AF6946">
        <w:trPr>
          <w:trHeight w:val="553"/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317C685A" w14:textId="307CF261" w:rsidR="00C76C54" w:rsidRPr="00C56CFE" w:rsidRDefault="00AF6946" w:rsidP="0063462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lastRenderedPageBreak/>
              <w:t>AVISO DE PRIVACIDAD SIMPLIFICADO PARA LA INTERPOSICIÓN DEL RECURSO DE REVISIÓN EN MATERIA DE PROTECCIÓN DE DATOS PERSONALES EN POSESIÓN DE SUJETOS OBLIGADOS.</w:t>
            </w:r>
          </w:p>
        </w:tc>
      </w:tr>
      <w:tr w:rsidR="00C76C54" w:rsidRPr="008450D3" w14:paraId="423C4FEB" w14:textId="77777777" w:rsidTr="00F55433">
        <w:trPr>
          <w:jc w:val="center"/>
        </w:trPr>
        <w:tc>
          <w:tcPr>
            <w:tcW w:w="10368" w:type="dxa"/>
          </w:tcPr>
          <w:p w14:paraId="710BD0AF" w14:textId="77777777" w:rsidR="003D551B" w:rsidRPr="00816D65" w:rsidRDefault="003D551B" w:rsidP="00AF6946">
            <w:pPr>
              <w:spacing w:after="0" w:line="240" w:lineRule="auto"/>
              <w:jc w:val="both"/>
              <w:rPr>
                <w:sz w:val="14"/>
                <w:szCs w:val="14"/>
              </w:rPr>
            </w:pPr>
          </w:p>
          <w:p w14:paraId="7A7421AE" w14:textId="72CD213F" w:rsidR="00AF6946" w:rsidRPr="00816D65" w:rsidRDefault="00AF6946" w:rsidP="00AF6946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sz w:val="14"/>
                <w:szCs w:val="14"/>
              </w:rPr>
              <w:t xml:space="preserve">En cumplimiento a la Ley General de Protección de Datos Personales en Posesión de Sujetos Obligados y la Ley de Protección de Datos Personales en Posesión de Sujetos Obligados del Estado de Quintana Roo, </w:t>
            </w:r>
            <w:r w:rsidR="003F5FE8">
              <w:rPr>
                <w:sz w:val="14"/>
                <w:szCs w:val="14"/>
              </w:rPr>
              <w:t xml:space="preserve">la </w:t>
            </w:r>
            <w:r w:rsidR="003F5FE8" w:rsidRPr="005A35B3">
              <w:rPr>
                <w:rFonts w:cs="Arial"/>
                <w:sz w:val="13"/>
                <w:szCs w:val="13"/>
              </w:rPr>
              <w:t>Administración Portuaria Integral de Quintana Roo, S.A. de C.V.</w:t>
            </w:r>
            <w:r w:rsidRPr="00816D65">
              <w:rPr>
                <w:sz w:val="14"/>
                <w:szCs w:val="14"/>
              </w:rPr>
              <w:t xml:space="preserve">, con domicilio ubicado en </w:t>
            </w:r>
            <w:r w:rsidR="00521B58" w:rsidRPr="005A35B3">
              <w:rPr>
                <w:rFonts w:cs="Arial"/>
                <w:sz w:val="13"/>
                <w:szCs w:val="13"/>
              </w:rPr>
              <w:t>calle 22 de enero, número 261, Col. Centro, Chetumal, Quintana Roo, C.P. 77000</w:t>
            </w:r>
            <w:r w:rsidR="00521B58">
              <w:rPr>
                <w:rFonts w:cs="Arial"/>
                <w:sz w:val="13"/>
                <w:szCs w:val="13"/>
              </w:rPr>
              <w:t xml:space="preserve">, </w:t>
            </w:r>
            <w:r w:rsidRPr="00816D65">
              <w:rPr>
                <w:sz w:val="14"/>
                <w:szCs w:val="14"/>
              </w:rPr>
              <w:t>en su calidad de Sujeto Obligado informa que es el responsable del tratamiento de los Datos Personales que proporcione, los cuales serán protegidos de conformidad con lo dispuesto en los citados ordenamientos y demás que resulten aplicables.</w:t>
            </w:r>
          </w:p>
          <w:p w14:paraId="04BCE82B" w14:textId="77777777" w:rsidR="00AF6946" w:rsidRPr="00816D65" w:rsidRDefault="00AF6946" w:rsidP="00AF6946">
            <w:pPr>
              <w:spacing w:after="0" w:line="240" w:lineRule="auto"/>
              <w:jc w:val="both"/>
              <w:rPr>
                <w:sz w:val="14"/>
                <w:szCs w:val="14"/>
              </w:rPr>
            </w:pPr>
          </w:p>
          <w:p w14:paraId="543D022D" w14:textId="77777777" w:rsidR="00AF6946" w:rsidRPr="00816D65" w:rsidRDefault="00AF6946" w:rsidP="00AF6946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b/>
                <w:sz w:val="14"/>
                <w:szCs w:val="14"/>
              </w:rPr>
              <w:t>¿Qué datos personales se recaban y para qué finalidad?</w:t>
            </w:r>
          </w:p>
          <w:p w14:paraId="2678AE01" w14:textId="58063BA1" w:rsidR="00AF6946" w:rsidRPr="00816D65" w:rsidRDefault="00836EED" w:rsidP="00AF6946">
            <w:pPr>
              <w:spacing w:after="0" w:line="240" w:lineRule="auto"/>
              <w:jc w:val="both"/>
              <w:rPr>
                <w:color w:val="C00000"/>
                <w:sz w:val="14"/>
                <w:szCs w:val="14"/>
              </w:rPr>
            </w:pPr>
            <w:r w:rsidRPr="00836EED">
              <w:rPr>
                <w:sz w:val="14"/>
                <w:szCs w:val="14"/>
              </w:rPr>
              <w:t xml:space="preserve">Sus datos personales que proporcione, al presentar un Recurso de Revisión en materia de protección de datos personales en posesión de sujetos obligados ante el o la </w:t>
            </w:r>
            <w:r w:rsidR="007C7714" w:rsidRPr="005A35B3">
              <w:rPr>
                <w:rFonts w:cs="Arial"/>
                <w:sz w:val="13"/>
                <w:szCs w:val="13"/>
              </w:rPr>
              <w:t>Administración Portuaria Integral de Quintana Roo, S.A. de C.V.,</w:t>
            </w:r>
            <w:r w:rsidRPr="00836EED">
              <w:rPr>
                <w:sz w:val="14"/>
                <w:szCs w:val="14"/>
              </w:rPr>
              <w:t xml:space="preserve"> tales como: nombre, firma o huella digital (dato sensible), en el documento de identificación oficial para acreditar su identidad y/o firma electrónica avanzada o del instrumento electrónico que lo sustituya, serán tratados exclusivamente para las siguientes finalidades:</w:t>
            </w:r>
          </w:p>
          <w:p w14:paraId="5EFC5A16" w14:textId="77777777" w:rsidR="00AF6946" w:rsidRPr="00816D65" w:rsidRDefault="00AF6946" w:rsidP="00AF6946">
            <w:pPr>
              <w:spacing w:after="0" w:line="240" w:lineRule="auto"/>
              <w:jc w:val="both"/>
              <w:rPr>
                <w:sz w:val="14"/>
                <w:szCs w:val="14"/>
              </w:rPr>
            </w:pPr>
          </w:p>
          <w:p w14:paraId="78EADE41" w14:textId="77777777" w:rsidR="00AF6946" w:rsidRPr="00816D65" w:rsidRDefault="00AF6946" w:rsidP="00AF694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sz w:val="14"/>
                <w:szCs w:val="14"/>
              </w:rPr>
              <w:t xml:space="preserve">Dar atención, tramitación y resolución al Recurso de Revisión de referencia, lo que implica llevar a cabo las acciones siguientes; </w:t>
            </w:r>
          </w:p>
          <w:p w14:paraId="663D0475" w14:textId="77777777" w:rsidR="00AF6946" w:rsidRPr="00816D65" w:rsidRDefault="00AF6946" w:rsidP="00AF694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sz w:val="14"/>
                <w:szCs w:val="14"/>
              </w:rPr>
              <w:t xml:space="preserve">Registrar, abrir y analizar el expediente respectivo; </w:t>
            </w:r>
          </w:p>
          <w:p w14:paraId="3CE2CFB5" w14:textId="77777777" w:rsidR="00AF6946" w:rsidRPr="00816D65" w:rsidRDefault="00AF6946" w:rsidP="00AF694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sz w:val="14"/>
                <w:szCs w:val="14"/>
              </w:rPr>
              <w:t xml:space="preserve">Decretar la prevención, admisión o </w:t>
            </w:r>
            <w:proofErr w:type="spellStart"/>
            <w:r w:rsidRPr="00816D65">
              <w:rPr>
                <w:sz w:val="14"/>
                <w:szCs w:val="14"/>
              </w:rPr>
              <w:t>desechamiento</w:t>
            </w:r>
            <w:proofErr w:type="spellEnd"/>
            <w:r w:rsidRPr="00816D65">
              <w:rPr>
                <w:sz w:val="14"/>
                <w:szCs w:val="14"/>
              </w:rPr>
              <w:t xml:space="preserve"> del Recurso de Revisión; </w:t>
            </w:r>
          </w:p>
          <w:p w14:paraId="1A21CDE9" w14:textId="77777777" w:rsidR="00AF6946" w:rsidRPr="00816D65" w:rsidRDefault="00AF6946" w:rsidP="00AF694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sz w:val="14"/>
                <w:szCs w:val="14"/>
              </w:rPr>
              <w:t xml:space="preserve">Sustanciar la contestación del Recurso, emplazar a audiencias y desahogar las demás etapas del procedimiento como la de Conciliación, en los términos previstos en la Ley de la materia aludida; </w:t>
            </w:r>
          </w:p>
          <w:p w14:paraId="0FC9CD82" w14:textId="15449E3A" w:rsidR="00AF6946" w:rsidRPr="00816D65" w:rsidRDefault="00AF6946" w:rsidP="00AF694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sz w:val="14"/>
                <w:szCs w:val="14"/>
              </w:rPr>
              <w:t>Elaborar los proyectos de resolución, así como realizar de manera personal o por medios electrónicos, las notificaciones y publicaciones que se deriven de dichas diligencias procesales.</w:t>
            </w:r>
          </w:p>
          <w:p w14:paraId="5DB23E1B" w14:textId="77777777" w:rsidR="00AF6946" w:rsidRPr="00816D65" w:rsidRDefault="00AF6946" w:rsidP="00621ED5">
            <w:pPr>
              <w:spacing w:after="0" w:line="240" w:lineRule="auto"/>
              <w:jc w:val="both"/>
              <w:rPr>
                <w:sz w:val="14"/>
                <w:szCs w:val="14"/>
              </w:rPr>
            </w:pPr>
          </w:p>
          <w:p w14:paraId="07BAFAC0" w14:textId="77777777" w:rsidR="00AF6946" w:rsidRPr="00816D65" w:rsidRDefault="00AF6946" w:rsidP="00AF6946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b/>
                <w:sz w:val="14"/>
                <w:szCs w:val="14"/>
              </w:rPr>
              <w:t>Transferencia de Datos Personales</w:t>
            </w:r>
          </w:p>
          <w:p w14:paraId="2B324109" w14:textId="252804B9" w:rsidR="00AF6946" w:rsidRPr="00816D65" w:rsidRDefault="00AF6946" w:rsidP="00AF6946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sz w:val="14"/>
                <w:szCs w:val="14"/>
              </w:rPr>
              <w:t xml:space="preserve">Se realizarán transferencias entre las partes que intervienen en </w:t>
            </w:r>
            <w:r w:rsidR="00621ED5" w:rsidRPr="00816D65">
              <w:rPr>
                <w:sz w:val="14"/>
                <w:szCs w:val="14"/>
              </w:rPr>
              <w:t xml:space="preserve">el recurso de revisión </w:t>
            </w:r>
            <w:r w:rsidRPr="00816D65">
              <w:rPr>
                <w:sz w:val="14"/>
                <w:szCs w:val="14"/>
              </w:rPr>
              <w:t>y los responsables, en el ejercicio de facultades propias, compatibles y análogas con la finalidad de darle atención a los Recursos de Revisión correspondientes y a los actos legales que de ésta se deriven. Se informa que no se realizarán transferencias de datos personales a terceras personas, distintas a las partes que intervienen en el Recurso de Revisión, salvo al sujeto obligado recurrido, o en el caso de que el recurrente impugne la resolución ante los jueces y tribunales especializados en materia de datos personales establecidos en el Poder Judicial de la Federación mediante el juicio de amparo.</w:t>
            </w:r>
          </w:p>
          <w:p w14:paraId="24E1FAC0" w14:textId="77777777" w:rsidR="00AF6946" w:rsidRPr="00816D65" w:rsidRDefault="00AF6946" w:rsidP="00AF6946">
            <w:pPr>
              <w:spacing w:after="0" w:line="240" w:lineRule="auto"/>
              <w:rPr>
                <w:sz w:val="14"/>
                <w:szCs w:val="14"/>
              </w:rPr>
            </w:pPr>
          </w:p>
          <w:p w14:paraId="0E789016" w14:textId="17A41726" w:rsidR="00C76C54" w:rsidRPr="00816D65" w:rsidRDefault="00AF6946" w:rsidP="00AF6946">
            <w:pPr>
              <w:spacing w:after="0" w:line="240" w:lineRule="auto"/>
              <w:rPr>
                <w:sz w:val="14"/>
                <w:szCs w:val="14"/>
              </w:rPr>
            </w:pPr>
            <w:r w:rsidRPr="00816D65">
              <w:rPr>
                <w:sz w:val="14"/>
                <w:szCs w:val="14"/>
              </w:rPr>
              <w:t>Usted podrá consultar el Aviso de Privacidad Integral en las oficinas de</w:t>
            </w:r>
            <w:r w:rsidR="00605CD9">
              <w:rPr>
                <w:sz w:val="14"/>
                <w:szCs w:val="14"/>
              </w:rPr>
              <w:t xml:space="preserve"> </w:t>
            </w:r>
            <w:r w:rsidR="00605CD9" w:rsidRPr="005A35B3">
              <w:rPr>
                <w:rFonts w:cs="Arial"/>
                <w:sz w:val="13"/>
                <w:szCs w:val="13"/>
              </w:rPr>
              <w:t>la</w:t>
            </w:r>
            <w:r w:rsidR="00605CD9" w:rsidRPr="005A35B3">
              <w:rPr>
                <w:rFonts w:cs="Arial"/>
                <w:b/>
                <w:bCs/>
                <w:color w:val="EE0000"/>
                <w:sz w:val="13"/>
                <w:szCs w:val="13"/>
              </w:rPr>
              <w:t xml:space="preserve"> </w:t>
            </w:r>
            <w:r w:rsidR="00605CD9" w:rsidRPr="005A35B3">
              <w:rPr>
                <w:rFonts w:cs="Arial"/>
                <w:sz w:val="13"/>
                <w:szCs w:val="13"/>
              </w:rPr>
              <w:t>Administración Portuaria Integral de Quintana Roo, S.A. de C.V.,</w:t>
            </w:r>
            <w:r w:rsidRPr="00816D65">
              <w:rPr>
                <w:color w:val="C00000"/>
                <w:sz w:val="14"/>
                <w:szCs w:val="14"/>
              </w:rPr>
              <w:t xml:space="preserve"> </w:t>
            </w:r>
            <w:r w:rsidRPr="00816D65">
              <w:rPr>
                <w:sz w:val="14"/>
                <w:szCs w:val="14"/>
              </w:rPr>
              <w:t xml:space="preserve">sito </w:t>
            </w:r>
            <w:r w:rsidR="00605CD9" w:rsidRPr="005A35B3">
              <w:rPr>
                <w:rFonts w:cs="Arial"/>
                <w:sz w:val="13"/>
                <w:szCs w:val="13"/>
              </w:rPr>
              <w:t>calle 22 de enero, número 261, Col. Centro, Chetumal, Quintana Roo, C.P. 77000</w:t>
            </w:r>
            <w:r w:rsidRPr="00816D65">
              <w:rPr>
                <w:color w:val="C00000"/>
                <w:sz w:val="14"/>
                <w:szCs w:val="14"/>
              </w:rPr>
              <w:t xml:space="preserve"> </w:t>
            </w:r>
            <w:r w:rsidRPr="00816D65">
              <w:rPr>
                <w:sz w:val="14"/>
                <w:szCs w:val="14"/>
              </w:rPr>
              <w:t xml:space="preserve">o en su página web </w:t>
            </w:r>
            <w:r w:rsidR="00605CD9" w:rsidRPr="00605CD9">
              <w:rPr>
                <w:sz w:val="14"/>
                <w:szCs w:val="14"/>
              </w:rPr>
              <w:t>https://www.apiqroo.com.mx/transparencia/</w:t>
            </w:r>
            <w:r w:rsidR="00605CD9">
              <w:rPr>
                <w:sz w:val="14"/>
                <w:szCs w:val="14"/>
              </w:rPr>
              <w:t>.</w:t>
            </w:r>
          </w:p>
        </w:tc>
      </w:tr>
    </w:tbl>
    <w:p w14:paraId="4866EB39" w14:textId="77777777" w:rsidR="003D551B" w:rsidRDefault="003D551B" w:rsidP="00621ED5">
      <w:pPr>
        <w:spacing w:line="240" w:lineRule="auto"/>
      </w:pPr>
    </w:p>
    <w:sectPr w:rsidR="003D551B" w:rsidSect="00537786">
      <w:headerReference w:type="default" r:id="rId8"/>
      <w:pgSz w:w="12240" w:h="15840"/>
      <w:pgMar w:top="1417" w:right="1608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4B850" w14:textId="77777777" w:rsidR="001429B8" w:rsidRPr="008450D3" w:rsidRDefault="001429B8" w:rsidP="00165C7E">
      <w:pPr>
        <w:spacing w:after="0" w:line="240" w:lineRule="auto"/>
      </w:pPr>
      <w:r w:rsidRPr="008450D3">
        <w:separator/>
      </w:r>
    </w:p>
  </w:endnote>
  <w:endnote w:type="continuationSeparator" w:id="0">
    <w:p w14:paraId="0443421A" w14:textId="77777777" w:rsidR="001429B8" w:rsidRPr="008450D3" w:rsidRDefault="001429B8" w:rsidP="00165C7E">
      <w:pPr>
        <w:spacing w:after="0" w:line="240" w:lineRule="auto"/>
      </w:pPr>
      <w:r w:rsidRPr="008450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143AC" w14:textId="77777777" w:rsidR="001429B8" w:rsidRPr="008450D3" w:rsidRDefault="001429B8" w:rsidP="00165C7E">
      <w:pPr>
        <w:spacing w:after="0" w:line="240" w:lineRule="auto"/>
      </w:pPr>
      <w:r w:rsidRPr="008450D3">
        <w:separator/>
      </w:r>
    </w:p>
  </w:footnote>
  <w:footnote w:type="continuationSeparator" w:id="0">
    <w:p w14:paraId="776659FE" w14:textId="77777777" w:rsidR="001429B8" w:rsidRPr="008450D3" w:rsidRDefault="001429B8" w:rsidP="00165C7E">
      <w:pPr>
        <w:spacing w:after="0" w:line="240" w:lineRule="auto"/>
      </w:pPr>
      <w:r w:rsidRPr="008450D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F5E89" w14:textId="4B088CE1" w:rsidR="009C1506" w:rsidRPr="008450D3" w:rsidRDefault="0063462C" w:rsidP="004D54B3">
    <w:pPr>
      <w:spacing w:after="0" w:line="240" w:lineRule="auto"/>
      <w:ind w:left="-709" w:right="-660"/>
      <w:rPr>
        <w:rFonts w:cs="Arial"/>
        <w:b/>
        <w:bCs/>
        <w:color w:val="C00000"/>
        <w:szCs w:val="20"/>
      </w:rPr>
    </w:pPr>
    <w:r>
      <w:rPr>
        <w:rFonts w:cs="Arial"/>
        <w:b/>
        <w:noProof/>
        <w:color w:val="000000"/>
        <w:lang w:eastAsia="es-MX"/>
      </w:rPr>
      <w:drawing>
        <wp:anchor distT="0" distB="0" distL="114300" distR="114300" simplePos="0" relativeHeight="251661312" behindDoc="1" locked="0" layoutInCell="1" allowOverlap="1" wp14:anchorId="3B805AC8" wp14:editId="22116929">
          <wp:simplePos x="0" y="0"/>
          <wp:positionH relativeFrom="column">
            <wp:posOffset>-447675</wp:posOffset>
          </wp:positionH>
          <wp:positionV relativeFrom="paragraph">
            <wp:posOffset>-212681</wp:posOffset>
          </wp:positionV>
          <wp:extent cx="2124695" cy="525100"/>
          <wp:effectExtent l="0" t="0" r="0" b="889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695" cy="52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5B9B77" w14:textId="2FC2DC03" w:rsidR="0063462C" w:rsidRDefault="0063462C" w:rsidP="004D54B3">
    <w:pPr>
      <w:spacing w:after="0" w:line="240" w:lineRule="auto"/>
      <w:ind w:left="-709" w:right="-660"/>
      <w:rPr>
        <w:rFonts w:cs="Arial"/>
        <w:b/>
        <w:bCs/>
        <w:sz w:val="18"/>
        <w:szCs w:val="18"/>
      </w:rPr>
    </w:pPr>
  </w:p>
  <w:p w14:paraId="7773F6C1" w14:textId="73C36B49" w:rsidR="0063462C" w:rsidRDefault="0063462C" w:rsidP="004D54B3">
    <w:pPr>
      <w:spacing w:after="0" w:line="240" w:lineRule="auto"/>
      <w:ind w:left="-709" w:right="-660"/>
      <w:rPr>
        <w:rFonts w:cs="Arial"/>
        <w:b/>
        <w:bCs/>
        <w:sz w:val="18"/>
        <w:szCs w:val="18"/>
      </w:rPr>
    </w:pPr>
  </w:p>
  <w:p w14:paraId="72681DA6" w14:textId="77777777" w:rsidR="00F54959" w:rsidRDefault="00F54959" w:rsidP="00F54959">
    <w:pPr>
      <w:spacing w:after="0" w:line="240" w:lineRule="auto"/>
      <w:ind w:left="-709" w:right="-660"/>
      <w:jc w:val="center"/>
      <w:rPr>
        <w:rFonts w:cs="Arial"/>
        <w:b/>
        <w:sz w:val="24"/>
        <w:szCs w:val="24"/>
      </w:rPr>
    </w:pPr>
    <w:r w:rsidRPr="00F54959">
      <w:rPr>
        <w:rFonts w:cs="Arial"/>
        <w:b/>
        <w:sz w:val="24"/>
        <w:szCs w:val="24"/>
      </w:rPr>
      <w:t xml:space="preserve">Formato de recepción de recursos de revisión en el ejercicio de los </w:t>
    </w:r>
  </w:p>
  <w:p w14:paraId="1F9EDE49" w14:textId="11227827" w:rsidR="0063462C" w:rsidRPr="00F54959" w:rsidRDefault="00F54959" w:rsidP="00F54959">
    <w:pPr>
      <w:spacing w:after="0" w:line="240" w:lineRule="auto"/>
      <w:ind w:left="-709" w:right="-660"/>
      <w:jc w:val="center"/>
      <w:rPr>
        <w:rFonts w:cs="Arial"/>
        <w:b/>
        <w:bCs/>
        <w:sz w:val="24"/>
        <w:szCs w:val="24"/>
      </w:rPr>
    </w:pPr>
    <w:r w:rsidRPr="00F54959">
      <w:rPr>
        <w:rFonts w:cs="Arial"/>
        <w:b/>
        <w:sz w:val="24"/>
        <w:szCs w:val="24"/>
      </w:rPr>
      <w:t>derechos ARCO y de portabilidad</w:t>
    </w:r>
  </w:p>
  <w:p w14:paraId="2B8E248F" w14:textId="1EF45388" w:rsidR="00165C7E" w:rsidRDefault="00165C7E" w:rsidP="004D54B3">
    <w:pPr>
      <w:spacing w:after="0" w:line="240" w:lineRule="auto"/>
      <w:ind w:left="-709" w:right="-660"/>
      <w:rPr>
        <w:sz w:val="18"/>
        <w:szCs w:val="18"/>
      </w:rPr>
    </w:pPr>
    <w:r w:rsidRPr="0063462C">
      <w:rPr>
        <w:rFonts w:cs="Arial"/>
        <w:b/>
        <w:bCs/>
        <w:sz w:val="18"/>
        <w:szCs w:val="18"/>
      </w:rPr>
      <w:t>Nombre del Sujeto Obligado:</w:t>
    </w:r>
    <w:r w:rsidR="0037045D">
      <w:rPr>
        <w:sz w:val="18"/>
        <w:szCs w:val="18"/>
      </w:rPr>
      <w:t xml:space="preserve"> </w:t>
    </w:r>
    <w:r w:rsidR="0037045D">
      <w:rPr>
        <w:szCs w:val="20"/>
      </w:rPr>
      <w:t>ADMINISTRACIÓN PORTUARIA INTEGRAL DE QUINTANA ROO, S.A. DE C.V.</w:t>
    </w:r>
  </w:p>
  <w:p w14:paraId="60BF0BCF" w14:textId="77777777" w:rsidR="00E9430C" w:rsidRPr="0063462C" w:rsidRDefault="00E9430C" w:rsidP="004D54B3">
    <w:pPr>
      <w:spacing w:after="0" w:line="240" w:lineRule="auto"/>
      <w:ind w:left="-709" w:right="-660"/>
      <w:rPr>
        <w:rFonts w:cs="Arial"/>
        <w:b/>
        <w:bCs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137762"/>
    <w:multiLevelType w:val="hybridMultilevel"/>
    <w:tmpl w:val="7C14680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8210BE"/>
    <w:multiLevelType w:val="hybridMultilevel"/>
    <w:tmpl w:val="B928DE3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E4661E"/>
    <w:multiLevelType w:val="hybridMultilevel"/>
    <w:tmpl w:val="6C8A7BD4"/>
    <w:lvl w:ilvl="0" w:tplc="791214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2528D0"/>
    <w:multiLevelType w:val="hybridMultilevel"/>
    <w:tmpl w:val="A8BCDDE2"/>
    <w:lvl w:ilvl="0" w:tplc="3ABA64D4">
      <w:start w:val="3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84560F"/>
    <w:multiLevelType w:val="hybridMultilevel"/>
    <w:tmpl w:val="E3EEAB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1215CE"/>
    <w:multiLevelType w:val="hybridMultilevel"/>
    <w:tmpl w:val="8370D0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77193D"/>
    <w:multiLevelType w:val="multilevel"/>
    <w:tmpl w:val="5BCC2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B70E5E"/>
    <w:multiLevelType w:val="hybridMultilevel"/>
    <w:tmpl w:val="82CC620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0C4B67"/>
    <w:multiLevelType w:val="hybridMultilevel"/>
    <w:tmpl w:val="074EB3B8"/>
    <w:lvl w:ilvl="0" w:tplc="8DA4320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56" w:hanging="360"/>
      </w:pPr>
    </w:lvl>
    <w:lvl w:ilvl="2" w:tplc="080A001B" w:tentative="1">
      <w:start w:val="1"/>
      <w:numFmt w:val="lowerRoman"/>
      <w:lvlText w:val="%3."/>
      <w:lvlJc w:val="right"/>
      <w:pPr>
        <w:ind w:left="2376" w:hanging="180"/>
      </w:pPr>
    </w:lvl>
    <w:lvl w:ilvl="3" w:tplc="080A000F" w:tentative="1">
      <w:start w:val="1"/>
      <w:numFmt w:val="decimal"/>
      <w:lvlText w:val="%4."/>
      <w:lvlJc w:val="left"/>
      <w:pPr>
        <w:ind w:left="3096" w:hanging="360"/>
      </w:pPr>
    </w:lvl>
    <w:lvl w:ilvl="4" w:tplc="080A0019" w:tentative="1">
      <w:start w:val="1"/>
      <w:numFmt w:val="lowerLetter"/>
      <w:lvlText w:val="%5."/>
      <w:lvlJc w:val="left"/>
      <w:pPr>
        <w:ind w:left="3816" w:hanging="360"/>
      </w:pPr>
    </w:lvl>
    <w:lvl w:ilvl="5" w:tplc="080A001B" w:tentative="1">
      <w:start w:val="1"/>
      <w:numFmt w:val="lowerRoman"/>
      <w:lvlText w:val="%6."/>
      <w:lvlJc w:val="right"/>
      <w:pPr>
        <w:ind w:left="4536" w:hanging="180"/>
      </w:pPr>
    </w:lvl>
    <w:lvl w:ilvl="6" w:tplc="080A000F" w:tentative="1">
      <w:start w:val="1"/>
      <w:numFmt w:val="decimal"/>
      <w:lvlText w:val="%7."/>
      <w:lvlJc w:val="left"/>
      <w:pPr>
        <w:ind w:left="5256" w:hanging="360"/>
      </w:pPr>
    </w:lvl>
    <w:lvl w:ilvl="7" w:tplc="080A0019" w:tentative="1">
      <w:start w:val="1"/>
      <w:numFmt w:val="lowerLetter"/>
      <w:lvlText w:val="%8."/>
      <w:lvlJc w:val="left"/>
      <w:pPr>
        <w:ind w:left="5976" w:hanging="360"/>
      </w:pPr>
    </w:lvl>
    <w:lvl w:ilvl="8" w:tplc="08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8" w15:restartNumberingAfterBreak="0">
    <w:nsid w:val="2A412C49"/>
    <w:multiLevelType w:val="hybridMultilevel"/>
    <w:tmpl w:val="BC9C33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25BF4"/>
    <w:multiLevelType w:val="hybridMultilevel"/>
    <w:tmpl w:val="DC5675A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850350"/>
    <w:multiLevelType w:val="hybridMultilevel"/>
    <w:tmpl w:val="F39E8AAA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B0B21"/>
    <w:multiLevelType w:val="hybridMultilevel"/>
    <w:tmpl w:val="818C4A04"/>
    <w:lvl w:ilvl="0" w:tplc="CDD4D1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67691"/>
    <w:multiLevelType w:val="hybridMultilevel"/>
    <w:tmpl w:val="3EB05A34"/>
    <w:lvl w:ilvl="0" w:tplc="F2E62C3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4A00F0"/>
    <w:multiLevelType w:val="multilevel"/>
    <w:tmpl w:val="5BCC2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116CC5"/>
    <w:multiLevelType w:val="hybridMultilevel"/>
    <w:tmpl w:val="9E72E78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824F7"/>
    <w:multiLevelType w:val="multilevel"/>
    <w:tmpl w:val="5BCC2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2A42D3"/>
    <w:multiLevelType w:val="hybridMultilevel"/>
    <w:tmpl w:val="253A80A8"/>
    <w:lvl w:ilvl="0" w:tplc="3C6C5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5C2007"/>
    <w:multiLevelType w:val="hybridMultilevel"/>
    <w:tmpl w:val="27184698"/>
    <w:lvl w:ilvl="0" w:tplc="3FECD1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540761">
    <w:abstractNumId w:val="8"/>
  </w:num>
  <w:num w:numId="2" w16cid:durableId="1284455622">
    <w:abstractNumId w:val="6"/>
  </w:num>
  <w:num w:numId="3" w16cid:durableId="2018920628">
    <w:abstractNumId w:val="5"/>
  </w:num>
  <w:num w:numId="4" w16cid:durableId="1557007348">
    <w:abstractNumId w:val="4"/>
  </w:num>
  <w:num w:numId="5" w16cid:durableId="1342783109">
    <w:abstractNumId w:val="7"/>
  </w:num>
  <w:num w:numId="6" w16cid:durableId="1086615558">
    <w:abstractNumId w:val="3"/>
  </w:num>
  <w:num w:numId="7" w16cid:durableId="1391153519">
    <w:abstractNumId w:val="2"/>
  </w:num>
  <w:num w:numId="8" w16cid:durableId="131099613">
    <w:abstractNumId w:val="1"/>
  </w:num>
  <w:num w:numId="9" w16cid:durableId="307826041">
    <w:abstractNumId w:val="0"/>
  </w:num>
  <w:num w:numId="10" w16cid:durableId="1748572383">
    <w:abstractNumId w:val="21"/>
  </w:num>
  <w:num w:numId="11" w16cid:durableId="904141082">
    <w:abstractNumId w:val="11"/>
  </w:num>
  <w:num w:numId="12" w16cid:durableId="1910993606">
    <w:abstractNumId w:val="22"/>
  </w:num>
  <w:num w:numId="13" w16cid:durableId="850801564">
    <w:abstractNumId w:val="26"/>
  </w:num>
  <w:num w:numId="14" w16cid:durableId="2121875840">
    <w:abstractNumId w:val="27"/>
  </w:num>
  <w:num w:numId="15" w16cid:durableId="1423138573">
    <w:abstractNumId w:val="9"/>
  </w:num>
  <w:num w:numId="16" w16cid:durableId="529102065">
    <w:abstractNumId w:val="13"/>
  </w:num>
  <w:num w:numId="17" w16cid:durableId="1502617748">
    <w:abstractNumId w:val="23"/>
  </w:num>
  <w:num w:numId="18" w16cid:durableId="1732582591">
    <w:abstractNumId w:val="20"/>
  </w:num>
  <w:num w:numId="19" w16cid:durableId="1812021563">
    <w:abstractNumId w:val="15"/>
  </w:num>
  <w:num w:numId="20" w16cid:durableId="1975329895">
    <w:abstractNumId w:val="17"/>
  </w:num>
  <w:num w:numId="21" w16cid:durableId="1530339403">
    <w:abstractNumId w:val="14"/>
  </w:num>
  <w:num w:numId="22" w16cid:durableId="159974568">
    <w:abstractNumId w:val="24"/>
  </w:num>
  <w:num w:numId="23" w16cid:durableId="2135706854">
    <w:abstractNumId w:val="18"/>
  </w:num>
  <w:num w:numId="24" w16cid:durableId="129564920">
    <w:abstractNumId w:val="10"/>
  </w:num>
  <w:num w:numId="25" w16cid:durableId="561449535">
    <w:abstractNumId w:val="19"/>
  </w:num>
  <w:num w:numId="26" w16cid:durableId="911306570">
    <w:abstractNumId w:val="16"/>
  </w:num>
  <w:num w:numId="27" w16cid:durableId="704985594">
    <w:abstractNumId w:val="25"/>
  </w:num>
  <w:num w:numId="28" w16cid:durableId="1624734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125B"/>
    <w:rsid w:val="000C5D0F"/>
    <w:rsid w:val="000D6E32"/>
    <w:rsid w:val="001429B8"/>
    <w:rsid w:val="0015074B"/>
    <w:rsid w:val="00165C7E"/>
    <w:rsid w:val="00176DAA"/>
    <w:rsid w:val="0018024D"/>
    <w:rsid w:val="00191765"/>
    <w:rsid w:val="001B70C6"/>
    <w:rsid w:val="001C1E2E"/>
    <w:rsid w:val="001E5BA2"/>
    <w:rsid w:val="001F60C5"/>
    <w:rsid w:val="00205591"/>
    <w:rsid w:val="0029639D"/>
    <w:rsid w:val="002D075C"/>
    <w:rsid w:val="002E1E23"/>
    <w:rsid w:val="00326F90"/>
    <w:rsid w:val="0035160D"/>
    <w:rsid w:val="00366297"/>
    <w:rsid w:val="0037045D"/>
    <w:rsid w:val="00393D6D"/>
    <w:rsid w:val="00397B0F"/>
    <w:rsid w:val="003D551B"/>
    <w:rsid w:val="003F5FE8"/>
    <w:rsid w:val="0045397A"/>
    <w:rsid w:val="004859E1"/>
    <w:rsid w:val="004B36EE"/>
    <w:rsid w:val="004D54B3"/>
    <w:rsid w:val="00521B58"/>
    <w:rsid w:val="005372F3"/>
    <w:rsid w:val="00537786"/>
    <w:rsid w:val="00563BEA"/>
    <w:rsid w:val="00591AA1"/>
    <w:rsid w:val="005C407A"/>
    <w:rsid w:val="005F4383"/>
    <w:rsid w:val="00605CD9"/>
    <w:rsid w:val="00621ED5"/>
    <w:rsid w:val="0063462C"/>
    <w:rsid w:val="00646D55"/>
    <w:rsid w:val="00677E4F"/>
    <w:rsid w:val="006D6AF9"/>
    <w:rsid w:val="007006B1"/>
    <w:rsid w:val="00716401"/>
    <w:rsid w:val="00770157"/>
    <w:rsid w:val="007B7FB4"/>
    <w:rsid w:val="007C7714"/>
    <w:rsid w:val="00816D65"/>
    <w:rsid w:val="00836EED"/>
    <w:rsid w:val="008450D3"/>
    <w:rsid w:val="00854F90"/>
    <w:rsid w:val="00875BCD"/>
    <w:rsid w:val="00880277"/>
    <w:rsid w:val="00896674"/>
    <w:rsid w:val="008B14FA"/>
    <w:rsid w:val="008D1570"/>
    <w:rsid w:val="008F0FBE"/>
    <w:rsid w:val="009039DC"/>
    <w:rsid w:val="00920332"/>
    <w:rsid w:val="00951AD2"/>
    <w:rsid w:val="009C1506"/>
    <w:rsid w:val="009C63D6"/>
    <w:rsid w:val="00A1631E"/>
    <w:rsid w:val="00A6358C"/>
    <w:rsid w:val="00A64D51"/>
    <w:rsid w:val="00A76B86"/>
    <w:rsid w:val="00A908FB"/>
    <w:rsid w:val="00AA1D8D"/>
    <w:rsid w:val="00AC5F12"/>
    <w:rsid w:val="00AF6946"/>
    <w:rsid w:val="00B3771C"/>
    <w:rsid w:val="00B47730"/>
    <w:rsid w:val="00B647CA"/>
    <w:rsid w:val="00BA741C"/>
    <w:rsid w:val="00C56CFE"/>
    <w:rsid w:val="00C76C54"/>
    <w:rsid w:val="00C823B4"/>
    <w:rsid w:val="00CB0664"/>
    <w:rsid w:val="00D40ED4"/>
    <w:rsid w:val="00D46ABF"/>
    <w:rsid w:val="00D47EDB"/>
    <w:rsid w:val="00D606D0"/>
    <w:rsid w:val="00D66A73"/>
    <w:rsid w:val="00DB348F"/>
    <w:rsid w:val="00DE59CB"/>
    <w:rsid w:val="00E13134"/>
    <w:rsid w:val="00E57CF1"/>
    <w:rsid w:val="00E62922"/>
    <w:rsid w:val="00E67EC1"/>
    <w:rsid w:val="00E8024F"/>
    <w:rsid w:val="00E80740"/>
    <w:rsid w:val="00E8290F"/>
    <w:rsid w:val="00E9430C"/>
    <w:rsid w:val="00E96CEB"/>
    <w:rsid w:val="00EE2871"/>
    <w:rsid w:val="00F064C2"/>
    <w:rsid w:val="00F54959"/>
    <w:rsid w:val="00F92715"/>
    <w:rsid w:val="00F97415"/>
    <w:rsid w:val="00FA3555"/>
    <w:rsid w:val="00FB3D68"/>
    <w:rsid w:val="00FC693F"/>
    <w:rsid w:val="00FD0C20"/>
    <w:rsid w:val="00FE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86D515"/>
  <w14:defaultImageDpi w14:val="300"/>
  <w15:docId w15:val="{9E219E01-0924-407A-8E9E-AB88110B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2831</Words>
  <Characters>15573</Characters>
  <Application>Microsoft Office Word</Application>
  <DocSecurity>0</DocSecurity>
  <Lines>129</Lines>
  <Paragraphs>36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18368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Carim Baeza</cp:lastModifiedBy>
  <cp:revision>3</cp:revision>
  <cp:lastPrinted>2026-08-06T19:01:00Z</cp:lastPrinted>
  <dcterms:created xsi:type="dcterms:W3CDTF">2026-08-26T16:49:00Z</dcterms:created>
  <dcterms:modified xsi:type="dcterms:W3CDTF">2026-10-19T21:12:00Z</dcterms:modified>
  <cp:category/>
</cp:coreProperties>
</file>