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0278E" w14:textId="00B5D688" w:rsidR="004859E1" w:rsidRPr="00091D37" w:rsidRDefault="001C5691">
      <w:pPr>
        <w:spacing w:after="0" w:line="240" w:lineRule="auto"/>
      </w:pPr>
      <w:r w:rsidRPr="00091D37">
        <w:rPr>
          <w:b/>
        </w:rPr>
        <w:t>SUJETO OBLIGADO ANTE EL CUAL SE PRESENTÓ LA SOLICITUD DE INFORMACIÓN.</w:t>
      </w:r>
    </w:p>
    <w:tbl>
      <w:tblPr>
        <w:tblW w:w="0" w:type="auto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4859E1" w:rsidRPr="00091D37" w14:paraId="1B3E8F5F" w14:textId="77777777">
        <w:trPr>
          <w:jc w:val="center"/>
        </w:trPr>
        <w:tc>
          <w:tcPr>
            <w:tcW w:w="10368" w:type="dxa"/>
          </w:tcPr>
          <w:p w14:paraId="6DBA32DF" w14:textId="355B78EC" w:rsidR="004859E1" w:rsidRPr="00091D37" w:rsidRDefault="001C5691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Nombre del Sujeto Obligado ante el cual se presentó la solicitud</w:t>
            </w:r>
            <w:r w:rsidR="006702A4" w:rsidRPr="00091D37">
              <w:rPr>
                <w:sz w:val="16"/>
                <w:szCs w:val="16"/>
              </w:rPr>
              <w:t>: ______________________________________________________________</w:t>
            </w:r>
          </w:p>
        </w:tc>
      </w:tr>
    </w:tbl>
    <w:p w14:paraId="41BBE61F" w14:textId="77777777" w:rsidR="00E8024F" w:rsidRPr="008C3675" w:rsidRDefault="00E8024F">
      <w:pPr>
        <w:spacing w:after="0" w:line="240" w:lineRule="auto"/>
        <w:rPr>
          <w:b/>
          <w:sz w:val="12"/>
          <w:szCs w:val="12"/>
        </w:rPr>
      </w:pPr>
    </w:p>
    <w:p w14:paraId="65BAF196" w14:textId="4D57F14C" w:rsidR="004859E1" w:rsidRPr="00091D37" w:rsidRDefault="001C5691">
      <w:pPr>
        <w:spacing w:after="0" w:line="240" w:lineRule="auto"/>
      </w:pPr>
      <w:r w:rsidRPr="00091D37">
        <w:rPr>
          <w:b/>
        </w:rPr>
        <w:t>NOMBRE DE LA PERSONA SOLICITANTE QUE RECUR</w:t>
      </w:r>
      <w:r w:rsidR="00165C7E" w:rsidRPr="00091D37">
        <w:rPr>
          <w:b/>
        </w:rPr>
        <w:t>RE</w:t>
      </w:r>
      <w:r w:rsidRPr="00091D37">
        <w:rPr>
          <w:b/>
        </w:rPr>
        <w:t xml:space="preserve"> O DE SU REPRESENTANTE.</w:t>
      </w:r>
    </w:p>
    <w:tbl>
      <w:tblPr>
        <w:tblW w:w="0" w:type="auto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4859E1" w:rsidRPr="00091D37" w14:paraId="6CEF53F0" w14:textId="77777777">
        <w:trPr>
          <w:jc w:val="center"/>
        </w:trPr>
        <w:tc>
          <w:tcPr>
            <w:tcW w:w="10368" w:type="dxa"/>
          </w:tcPr>
          <w:p w14:paraId="28EB04A6" w14:textId="77777777" w:rsidR="004859E1" w:rsidRPr="00091D37" w:rsidRDefault="001C5691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 xml:space="preserve">Nombre: </w:t>
            </w:r>
            <w:r w:rsidR="009D7342" w:rsidRPr="00091D37">
              <w:rPr>
                <w:sz w:val="16"/>
                <w:szCs w:val="16"/>
              </w:rPr>
              <w:t>_______________</w:t>
            </w:r>
            <w:r w:rsidRPr="00091D37">
              <w:rPr>
                <w:sz w:val="16"/>
                <w:szCs w:val="16"/>
              </w:rPr>
              <w:t>____________________    Apellido paterno _________</w:t>
            </w:r>
            <w:r w:rsidR="009D7342" w:rsidRPr="00091D37">
              <w:rPr>
                <w:sz w:val="16"/>
                <w:szCs w:val="16"/>
              </w:rPr>
              <w:t>________</w:t>
            </w:r>
            <w:r w:rsidRPr="00091D37">
              <w:rPr>
                <w:sz w:val="16"/>
                <w:szCs w:val="16"/>
              </w:rPr>
              <w:t>_    Apellido materno __________</w:t>
            </w:r>
            <w:r w:rsidR="009D7342" w:rsidRPr="00091D37">
              <w:rPr>
                <w:sz w:val="16"/>
                <w:szCs w:val="16"/>
              </w:rPr>
              <w:t>________</w:t>
            </w:r>
            <w:r w:rsidRPr="00091D37">
              <w:rPr>
                <w:sz w:val="16"/>
                <w:szCs w:val="16"/>
              </w:rPr>
              <w:t xml:space="preserve">     </w:t>
            </w:r>
          </w:p>
          <w:p w14:paraId="4FD3018D" w14:textId="4B097880" w:rsidR="009D7342" w:rsidRPr="00091D37" w:rsidRDefault="009D7342">
            <w:pPr>
              <w:spacing w:after="0"/>
              <w:rPr>
                <w:sz w:val="16"/>
                <w:szCs w:val="16"/>
              </w:rPr>
            </w:pPr>
          </w:p>
        </w:tc>
      </w:tr>
      <w:tr w:rsidR="004859E1" w:rsidRPr="00091D37" w14:paraId="6493C186" w14:textId="77777777">
        <w:trPr>
          <w:jc w:val="center"/>
        </w:trPr>
        <w:tc>
          <w:tcPr>
            <w:tcW w:w="10368" w:type="dxa"/>
          </w:tcPr>
          <w:p w14:paraId="15179366" w14:textId="77777777" w:rsidR="004859E1" w:rsidRPr="00091D37" w:rsidRDefault="001C5691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Nombre del Representante (en su caso): ____________________    Apellido paterno __________    Apellido materno __________</w:t>
            </w:r>
            <w:r w:rsidR="009D7342" w:rsidRPr="00091D37">
              <w:rPr>
                <w:sz w:val="16"/>
                <w:szCs w:val="16"/>
              </w:rPr>
              <w:t>______</w:t>
            </w:r>
            <w:r w:rsidRPr="00091D37">
              <w:rPr>
                <w:sz w:val="16"/>
                <w:szCs w:val="16"/>
              </w:rPr>
              <w:t xml:space="preserve">   </w:t>
            </w:r>
          </w:p>
          <w:p w14:paraId="34741699" w14:textId="5B7D299E" w:rsidR="009D7342" w:rsidRPr="00091D37" w:rsidRDefault="009D7342">
            <w:pPr>
              <w:spacing w:after="0"/>
              <w:rPr>
                <w:sz w:val="16"/>
                <w:szCs w:val="16"/>
              </w:rPr>
            </w:pPr>
          </w:p>
        </w:tc>
      </w:tr>
      <w:tr w:rsidR="004859E1" w:rsidRPr="00091D37" w14:paraId="67E1C85B" w14:textId="77777777">
        <w:trPr>
          <w:jc w:val="center"/>
        </w:trPr>
        <w:tc>
          <w:tcPr>
            <w:tcW w:w="10368" w:type="dxa"/>
          </w:tcPr>
          <w:p w14:paraId="18DD44B9" w14:textId="014EA323" w:rsidR="004859E1" w:rsidRPr="00091D37" w:rsidRDefault="001C5691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En caso de Persona Moral</w:t>
            </w:r>
            <w:r w:rsidR="009D7342" w:rsidRPr="00091D37">
              <w:rPr>
                <w:sz w:val="16"/>
                <w:szCs w:val="16"/>
              </w:rPr>
              <w:t xml:space="preserve"> (Denominación o Razón Social)</w:t>
            </w:r>
            <w:r w:rsidRPr="00091D37">
              <w:rPr>
                <w:sz w:val="16"/>
                <w:szCs w:val="16"/>
              </w:rPr>
              <w:t>: ___________________</w:t>
            </w:r>
            <w:r w:rsidR="009D7342" w:rsidRPr="00091D37">
              <w:rPr>
                <w:sz w:val="16"/>
                <w:szCs w:val="16"/>
              </w:rPr>
              <w:t>______</w:t>
            </w:r>
            <w:r w:rsidRPr="00091D37">
              <w:rPr>
                <w:sz w:val="16"/>
                <w:szCs w:val="16"/>
              </w:rPr>
              <w:t>_</w:t>
            </w:r>
            <w:r w:rsidR="009D7342" w:rsidRPr="00091D37">
              <w:rPr>
                <w:sz w:val="16"/>
                <w:szCs w:val="16"/>
              </w:rPr>
              <w:t>_____________________________________</w:t>
            </w:r>
          </w:p>
          <w:p w14:paraId="137418A2" w14:textId="6D26EAA6" w:rsidR="009D7342" w:rsidRPr="00091D37" w:rsidRDefault="009D7342">
            <w:pPr>
              <w:spacing w:after="0"/>
              <w:rPr>
                <w:sz w:val="16"/>
                <w:szCs w:val="16"/>
              </w:rPr>
            </w:pPr>
          </w:p>
        </w:tc>
      </w:tr>
      <w:tr w:rsidR="004859E1" w:rsidRPr="00091D37" w14:paraId="5C3B30AE" w14:textId="77777777">
        <w:trPr>
          <w:jc w:val="center"/>
        </w:trPr>
        <w:tc>
          <w:tcPr>
            <w:tcW w:w="10368" w:type="dxa"/>
          </w:tcPr>
          <w:p w14:paraId="033498E3" w14:textId="1E825D02" w:rsidR="00165C7E" w:rsidRPr="00091D37" w:rsidRDefault="001C5691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Nombre del Representante Legal: ____________________</w:t>
            </w:r>
            <w:r w:rsidR="00165C7E" w:rsidRPr="00091D37">
              <w:rPr>
                <w:sz w:val="16"/>
                <w:szCs w:val="16"/>
              </w:rPr>
              <w:t>________________________________________</w:t>
            </w:r>
          </w:p>
          <w:p w14:paraId="5BD02C2A" w14:textId="7CE93C88" w:rsidR="004859E1" w:rsidRPr="00091D37" w:rsidRDefault="00165C7E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 xml:space="preserve">                                                                Apellido paterno            Apellido materno                 Nombre(s) </w:t>
            </w:r>
          </w:p>
        </w:tc>
      </w:tr>
    </w:tbl>
    <w:p w14:paraId="7628CC4F" w14:textId="77777777" w:rsidR="00E8024F" w:rsidRPr="008C3675" w:rsidRDefault="00E8024F">
      <w:pPr>
        <w:spacing w:after="0" w:line="240" w:lineRule="auto"/>
        <w:rPr>
          <w:b/>
          <w:sz w:val="12"/>
          <w:szCs w:val="12"/>
        </w:rPr>
      </w:pPr>
    </w:p>
    <w:p w14:paraId="65C772DA" w14:textId="57B925BC" w:rsidR="004859E1" w:rsidRPr="00091D37" w:rsidRDefault="001C5691">
      <w:pPr>
        <w:spacing w:after="0" w:line="240" w:lineRule="auto"/>
      </w:pPr>
      <w:r w:rsidRPr="00091D37">
        <w:rPr>
          <w:b/>
        </w:rPr>
        <w:t>DOMICILIO, CORREO ELECTRÓNICO Y PERSONA AUTORIZADA POR LA PERSONA RECURRENTE, PARA OÍR Y RECIBIR NOTIFICACIONES (en la ciudad de Chetumal).</w:t>
      </w:r>
    </w:p>
    <w:tbl>
      <w:tblPr>
        <w:tblW w:w="0" w:type="auto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4859E1" w:rsidRPr="00091D37" w14:paraId="76CC9343" w14:textId="77777777">
        <w:trPr>
          <w:jc w:val="center"/>
        </w:trPr>
        <w:tc>
          <w:tcPr>
            <w:tcW w:w="10368" w:type="dxa"/>
          </w:tcPr>
          <w:p w14:paraId="2F8E07C3" w14:textId="77777777" w:rsidR="004859E1" w:rsidRPr="00091D37" w:rsidRDefault="001C5691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Domicilio: ____________________    Calle ____________________    Número ______    Colonia o Fraccionamiento ____________________</w:t>
            </w:r>
          </w:p>
        </w:tc>
      </w:tr>
      <w:tr w:rsidR="004859E1" w:rsidRPr="00091D37" w14:paraId="577C51C3" w14:textId="77777777">
        <w:trPr>
          <w:jc w:val="center"/>
        </w:trPr>
        <w:tc>
          <w:tcPr>
            <w:tcW w:w="10368" w:type="dxa"/>
          </w:tcPr>
          <w:p w14:paraId="213A5FDC" w14:textId="77777777" w:rsidR="004859E1" w:rsidRPr="00091D37" w:rsidRDefault="001C5691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Ciudad ____________________    Municipio ____________________    Entidad ____________________    Código Postal __________</w:t>
            </w:r>
          </w:p>
        </w:tc>
      </w:tr>
      <w:tr w:rsidR="004859E1" w:rsidRPr="00091D37" w14:paraId="2283855B" w14:textId="77777777">
        <w:trPr>
          <w:jc w:val="center"/>
        </w:trPr>
        <w:tc>
          <w:tcPr>
            <w:tcW w:w="10368" w:type="dxa"/>
          </w:tcPr>
          <w:p w14:paraId="575993AF" w14:textId="77777777" w:rsidR="004859E1" w:rsidRPr="00091D37" w:rsidRDefault="001C5691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Correo electrónico*: ______________________________</w:t>
            </w:r>
          </w:p>
        </w:tc>
      </w:tr>
      <w:tr w:rsidR="004859E1" w:rsidRPr="00091D37" w14:paraId="4BAE5023" w14:textId="77777777">
        <w:trPr>
          <w:jc w:val="center"/>
        </w:trPr>
        <w:tc>
          <w:tcPr>
            <w:tcW w:w="10368" w:type="dxa"/>
          </w:tcPr>
          <w:p w14:paraId="2A9FB34D" w14:textId="4276FCE2" w:rsidR="004859E1" w:rsidRPr="00091D37" w:rsidRDefault="001C5691" w:rsidP="00165C7E">
            <w:pPr>
              <w:spacing w:after="0"/>
              <w:jc w:val="both"/>
              <w:rPr>
                <w:sz w:val="14"/>
                <w:szCs w:val="14"/>
              </w:rPr>
            </w:pPr>
            <w:r w:rsidRPr="00091D37">
              <w:rPr>
                <w:b/>
                <w:bCs/>
                <w:sz w:val="14"/>
                <w:szCs w:val="14"/>
              </w:rPr>
              <w:t>NOTA IMPORTANTE:</w:t>
            </w:r>
            <w:r w:rsidRPr="00091D37">
              <w:rPr>
                <w:sz w:val="14"/>
                <w:szCs w:val="14"/>
              </w:rPr>
              <w:t xml:space="preserve"> En caso de no señalar algún domicilio, o el señalado no se ubique en la ciudad de Chetumal, ni señale correo electrónico, las notificaciones se realizarán por estrados, los cuales se encuentran en las instalaciones de</w:t>
            </w:r>
            <w:r w:rsidR="00165C7E" w:rsidRPr="00091D37">
              <w:rPr>
                <w:sz w:val="14"/>
                <w:szCs w:val="14"/>
              </w:rPr>
              <w:t>l</w:t>
            </w:r>
            <w:r w:rsidR="008C3675">
              <w:rPr>
                <w:sz w:val="14"/>
                <w:szCs w:val="14"/>
              </w:rPr>
              <w:t xml:space="preserve"> Instituto Quintanarroense de Transparencia para el Pueblo</w:t>
            </w:r>
            <w:r w:rsidR="00165C7E" w:rsidRPr="00091D37">
              <w:rPr>
                <w:color w:val="C00000"/>
                <w:sz w:val="14"/>
                <w:szCs w:val="14"/>
              </w:rPr>
              <w:t>.</w:t>
            </w:r>
          </w:p>
        </w:tc>
      </w:tr>
      <w:tr w:rsidR="004859E1" w:rsidRPr="00091D37" w14:paraId="6DE6B91C" w14:textId="77777777">
        <w:trPr>
          <w:jc w:val="center"/>
        </w:trPr>
        <w:tc>
          <w:tcPr>
            <w:tcW w:w="10368" w:type="dxa"/>
          </w:tcPr>
          <w:p w14:paraId="79452D45" w14:textId="77777777" w:rsidR="004859E1" w:rsidRPr="00091D37" w:rsidRDefault="001C5691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Personas que se autorizan para oír y recibir notificaciones*: ________________________________________________</w:t>
            </w:r>
          </w:p>
        </w:tc>
      </w:tr>
    </w:tbl>
    <w:p w14:paraId="383380FB" w14:textId="77777777" w:rsidR="00E8024F" w:rsidRPr="00091D37" w:rsidRDefault="00E8024F">
      <w:pPr>
        <w:spacing w:after="0" w:line="240" w:lineRule="auto"/>
        <w:rPr>
          <w:b/>
        </w:rPr>
      </w:pPr>
    </w:p>
    <w:p w14:paraId="4758498D" w14:textId="0D996789" w:rsidR="004859E1" w:rsidRPr="00091D37" w:rsidRDefault="001C5691">
      <w:pPr>
        <w:spacing w:after="0" w:line="240" w:lineRule="auto"/>
      </w:pPr>
      <w:r w:rsidRPr="00091D37">
        <w:rPr>
          <w:b/>
        </w:rPr>
        <w:t>NOMBRE Y DOMICILIO DE LA PERSONA TERCERA INTERESADA, EN SU CASO. *</w:t>
      </w:r>
    </w:p>
    <w:tbl>
      <w:tblPr>
        <w:tblW w:w="0" w:type="auto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4859E1" w:rsidRPr="00091D37" w14:paraId="2DB9D6A3" w14:textId="77777777">
        <w:trPr>
          <w:jc w:val="center"/>
        </w:trPr>
        <w:tc>
          <w:tcPr>
            <w:tcW w:w="10368" w:type="dxa"/>
          </w:tcPr>
          <w:p w14:paraId="210A9318" w14:textId="1EA03FE4" w:rsidR="004859E1" w:rsidRPr="00091D37" w:rsidRDefault="001C5691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Nombre: ____________________    Apellido paterno __________</w:t>
            </w:r>
            <w:r w:rsidR="009D7342" w:rsidRPr="00091D37">
              <w:rPr>
                <w:sz w:val="16"/>
                <w:szCs w:val="16"/>
              </w:rPr>
              <w:t>_____</w:t>
            </w:r>
            <w:r w:rsidRPr="00091D37">
              <w:rPr>
                <w:sz w:val="16"/>
                <w:szCs w:val="16"/>
              </w:rPr>
              <w:t xml:space="preserve">    Apellido materno _________</w:t>
            </w:r>
            <w:r w:rsidR="009D7342" w:rsidRPr="00091D37">
              <w:rPr>
                <w:sz w:val="16"/>
                <w:szCs w:val="16"/>
              </w:rPr>
              <w:t>_________</w:t>
            </w:r>
            <w:r w:rsidRPr="00091D37">
              <w:rPr>
                <w:sz w:val="16"/>
                <w:szCs w:val="16"/>
              </w:rPr>
              <w:t xml:space="preserve">_    </w:t>
            </w:r>
          </w:p>
        </w:tc>
      </w:tr>
      <w:tr w:rsidR="004859E1" w:rsidRPr="00091D37" w14:paraId="4255CF6A" w14:textId="77777777">
        <w:trPr>
          <w:jc w:val="center"/>
        </w:trPr>
        <w:tc>
          <w:tcPr>
            <w:tcW w:w="10368" w:type="dxa"/>
          </w:tcPr>
          <w:p w14:paraId="4D6BF9AA" w14:textId="471B16BF" w:rsidR="004859E1" w:rsidRPr="00091D37" w:rsidRDefault="001C5691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Domicilio: ____________________    Calle ____________________    Número ______    Colonia o Fraccionamiento ______________</w:t>
            </w:r>
          </w:p>
        </w:tc>
      </w:tr>
      <w:tr w:rsidR="004859E1" w:rsidRPr="00091D37" w14:paraId="1A76A60E" w14:textId="77777777">
        <w:trPr>
          <w:jc w:val="center"/>
        </w:trPr>
        <w:tc>
          <w:tcPr>
            <w:tcW w:w="10368" w:type="dxa"/>
          </w:tcPr>
          <w:p w14:paraId="7102FB7C" w14:textId="77777777" w:rsidR="004859E1" w:rsidRPr="00091D37" w:rsidRDefault="001C5691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Ciudad ____________________    Municipio ____________________    Entidad ____________________    Código Postal __________</w:t>
            </w:r>
          </w:p>
        </w:tc>
      </w:tr>
    </w:tbl>
    <w:p w14:paraId="1EFC9E5D" w14:textId="0269C8B0" w:rsidR="00E8024F" w:rsidRPr="008C3675" w:rsidRDefault="008C3675" w:rsidP="008C3675">
      <w:pPr>
        <w:tabs>
          <w:tab w:val="left" w:pos="1430"/>
        </w:tabs>
        <w:spacing w:after="0" w:line="240" w:lineRule="auto"/>
        <w:rPr>
          <w:b/>
          <w:sz w:val="12"/>
          <w:szCs w:val="12"/>
        </w:rPr>
      </w:pPr>
      <w:r>
        <w:rPr>
          <w:b/>
        </w:rPr>
        <w:tab/>
      </w:r>
    </w:p>
    <w:p w14:paraId="54CD310A" w14:textId="4CA385C6" w:rsidR="004859E1" w:rsidRPr="00091D37" w:rsidRDefault="001C5691">
      <w:pPr>
        <w:spacing w:after="0" w:line="240" w:lineRule="auto"/>
      </w:pPr>
      <w:r w:rsidRPr="00091D37">
        <w:rPr>
          <w:b/>
        </w:rPr>
        <w:t>NÚMERO DE FOLIO DE LA RESPUESTA Y/O FOLIO DE LA SOLICITUD DE ACCESO.</w:t>
      </w:r>
    </w:p>
    <w:tbl>
      <w:tblPr>
        <w:tblW w:w="0" w:type="auto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4859E1" w:rsidRPr="00091D37" w14:paraId="336ECF23" w14:textId="77777777">
        <w:trPr>
          <w:jc w:val="center"/>
        </w:trPr>
        <w:tc>
          <w:tcPr>
            <w:tcW w:w="10368" w:type="dxa"/>
          </w:tcPr>
          <w:p w14:paraId="5EDF312F" w14:textId="412F7433" w:rsidR="004859E1" w:rsidRPr="00091D37" w:rsidRDefault="001C5691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Número de folio de respuesta otorgada a la solicitud de acceso de la persona recurrente: _____________________________</w:t>
            </w:r>
            <w:r w:rsidR="009D7342" w:rsidRPr="00091D37">
              <w:rPr>
                <w:sz w:val="16"/>
                <w:szCs w:val="16"/>
              </w:rPr>
              <w:t>_______</w:t>
            </w:r>
            <w:r w:rsidRPr="00091D37">
              <w:rPr>
                <w:sz w:val="16"/>
                <w:szCs w:val="16"/>
              </w:rPr>
              <w:t>_</w:t>
            </w:r>
          </w:p>
        </w:tc>
      </w:tr>
      <w:tr w:rsidR="004859E1" w:rsidRPr="00091D37" w14:paraId="3FF350F6" w14:textId="77777777">
        <w:trPr>
          <w:jc w:val="center"/>
        </w:trPr>
        <w:tc>
          <w:tcPr>
            <w:tcW w:w="10368" w:type="dxa"/>
          </w:tcPr>
          <w:p w14:paraId="3D0D3D3E" w14:textId="77777777" w:rsidR="004859E1" w:rsidRPr="00091D37" w:rsidRDefault="001C5691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En caso de no existir respuesta, señale el número de folio de la solicitud de la persona recurrente: ______________________________</w:t>
            </w:r>
          </w:p>
        </w:tc>
      </w:tr>
    </w:tbl>
    <w:p w14:paraId="4149F61C" w14:textId="77777777" w:rsidR="00880277" w:rsidRPr="008C3675" w:rsidRDefault="00880277">
      <w:pPr>
        <w:spacing w:after="0" w:line="240" w:lineRule="auto"/>
        <w:jc w:val="center"/>
        <w:rPr>
          <w:sz w:val="12"/>
          <w:szCs w:val="12"/>
        </w:rPr>
      </w:pPr>
    </w:p>
    <w:p w14:paraId="0A622436" w14:textId="5E6CA268" w:rsidR="004859E1" w:rsidRPr="00091D37" w:rsidRDefault="001C5691" w:rsidP="00165C7E">
      <w:pPr>
        <w:spacing w:after="0" w:line="240" w:lineRule="auto"/>
        <w:jc w:val="both"/>
      </w:pPr>
      <w:r w:rsidRPr="00091D37">
        <w:rPr>
          <w:b/>
        </w:rPr>
        <w:t>FECHA EN QUE FUE NOTIFICADA LA RESPUESTA A LA PERSONA SOLICITANTE O TUVO CONOCIMIENTO DEL ACTO RECLAMADO, O DE PRESENTACIÓN DE LA SOLICITUD, EN CASO DE FALTA DE RESPUESTA NOTIFICACIÓN DE LA RESPUESTA A LA SOLICITUD.</w:t>
      </w:r>
    </w:p>
    <w:tbl>
      <w:tblPr>
        <w:tblW w:w="0" w:type="auto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4859E1" w:rsidRPr="00091D37" w14:paraId="7DF27DF1" w14:textId="77777777">
        <w:trPr>
          <w:jc w:val="center"/>
        </w:trPr>
        <w:tc>
          <w:tcPr>
            <w:tcW w:w="10368" w:type="dxa"/>
          </w:tcPr>
          <w:p w14:paraId="4FBD2D16" w14:textId="416B9E9F" w:rsidR="004859E1" w:rsidRPr="00091D37" w:rsidRDefault="001C5691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Fecha en la que fue notificada la respuesta a la persona solicitante o tuvo conocimiento del acto reclamado: ___________</w:t>
            </w:r>
            <w:r w:rsidR="009D7342" w:rsidRPr="00091D37">
              <w:rPr>
                <w:sz w:val="16"/>
                <w:szCs w:val="16"/>
              </w:rPr>
              <w:t>___</w:t>
            </w:r>
            <w:proofErr w:type="gramStart"/>
            <w:r w:rsidR="009D7342" w:rsidRPr="00091D37">
              <w:rPr>
                <w:sz w:val="16"/>
                <w:szCs w:val="16"/>
              </w:rPr>
              <w:t>_</w:t>
            </w:r>
            <w:r w:rsidRPr="00091D37">
              <w:rPr>
                <w:sz w:val="16"/>
                <w:szCs w:val="16"/>
              </w:rPr>
              <w:t xml:space="preserve"> </w:t>
            </w:r>
            <w:r w:rsidR="009D7342" w:rsidRPr="00091D37">
              <w:rPr>
                <w:sz w:val="16"/>
                <w:szCs w:val="16"/>
              </w:rPr>
              <w:t xml:space="preserve"> </w:t>
            </w:r>
            <w:r w:rsidRPr="00091D37">
              <w:rPr>
                <w:sz w:val="16"/>
                <w:szCs w:val="16"/>
              </w:rPr>
              <w:t>(</w:t>
            </w:r>
            <w:proofErr w:type="spellStart"/>
            <w:proofErr w:type="gramEnd"/>
            <w:r w:rsidRPr="00091D37">
              <w:rPr>
                <w:sz w:val="16"/>
                <w:szCs w:val="16"/>
              </w:rPr>
              <w:t>dd</w:t>
            </w:r>
            <w:proofErr w:type="spellEnd"/>
            <w:r w:rsidRPr="00091D37">
              <w:rPr>
                <w:sz w:val="16"/>
                <w:szCs w:val="16"/>
              </w:rPr>
              <w:t>/mm/</w:t>
            </w:r>
            <w:proofErr w:type="spellStart"/>
            <w:r w:rsidRPr="00091D37">
              <w:rPr>
                <w:sz w:val="16"/>
                <w:szCs w:val="16"/>
              </w:rPr>
              <w:t>aa</w:t>
            </w:r>
            <w:proofErr w:type="spellEnd"/>
            <w:r w:rsidRPr="00091D37">
              <w:rPr>
                <w:sz w:val="16"/>
                <w:szCs w:val="16"/>
              </w:rPr>
              <w:t>)</w:t>
            </w:r>
          </w:p>
          <w:p w14:paraId="7213D580" w14:textId="77777777" w:rsidR="009D7342" w:rsidRPr="00091D37" w:rsidRDefault="009D7342">
            <w:pPr>
              <w:spacing w:after="0"/>
              <w:rPr>
                <w:sz w:val="16"/>
                <w:szCs w:val="16"/>
              </w:rPr>
            </w:pPr>
          </w:p>
        </w:tc>
      </w:tr>
      <w:tr w:rsidR="004859E1" w:rsidRPr="00091D37" w14:paraId="7180FCEE" w14:textId="77777777">
        <w:trPr>
          <w:jc w:val="center"/>
        </w:trPr>
        <w:tc>
          <w:tcPr>
            <w:tcW w:w="10368" w:type="dxa"/>
          </w:tcPr>
          <w:p w14:paraId="1B58577C" w14:textId="77777777" w:rsidR="004859E1" w:rsidRPr="00091D37" w:rsidRDefault="001C5691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A falta de respuesta, señale la fecha en que presentó la solicitud: ____________________ (</w:t>
            </w:r>
            <w:proofErr w:type="spellStart"/>
            <w:r w:rsidRPr="00091D37">
              <w:rPr>
                <w:sz w:val="16"/>
                <w:szCs w:val="16"/>
              </w:rPr>
              <w:t>dd</w:t>
            </w:r>
            <w:proofErr w:type="spellEnd"/>
            <w:r w:rsidRPr="00091D37">
              <w:rPr>
                <w:sz w:val="16"/>
                <w:szCs w:val="16"/>
              </w:rPr>
              <w:t>/mm/</w:t>
            </w:r>
            <w:proofErr w:type="spellStart"/>
            <w:r w:rsidRPr="00091D37">
              <w:rPr>
                <w:sz w:val="16"/>
                <w:szCs w:val="16"/>
              </w:rPr>
              <w:t>aa</w:t>
            </w:r>
            <w:proofErr w:type="spellEnd"/>
            <w:r w:rsidRPr="00091D37">
              <w:rPr>
                <w:sz w:val="16"/>
                <w:szCs w:val="16"/>
              </w:rPr>
              <w:t>)</w:t>
            </w:r>
          </w:p>
          <w:p w14:paraId="5AD67CDC" w14:textId="77777777" w:rsidR="009D7342" w:rsidRPr="00091D37" w:rsidRDefault="009D7342">
            <w:pPr>
              <w:spacing w:after="0"/>
              <w:rPr>
                <w:sz w:val="16"/>
                <w:szCs w:val="16"/>
              </w:rPr>
            </w:pPr>
          </w:p>
        </w:tc>
      </w:tr>
    </w:tbl>
    <w:p w14:paraId="221BDCAC" w14:textId="77777777" w:rsidR="00E8024F" w:rsidRPr="008C3675" w:rsidRDefault="00E8024F" w:rsidP="008C3675">
      <w:pPr>
        <w:spacing w:after="0" w:line="240" w:lineRule="auto"/>
        <w:ind w:firstLine="720"/>
        <w:rPr>
          <w:b/>
          <w:sz w:val="12"/>
          <w:szCs w:val="12"/>
        </w:rPr>
      </w:pPr>
    </w:p>
    <w:p w14:paraId="7C741DB5" w14:textId="6440CF2A" w:rsidR="004859E1" w:rsidRPr="00091D37" w:rsidRDefault="001C5691">
      <w:pPr>
        <w:spacing w:after="0" w:line="240" w:lineRule="auto"/>
      </w:pPr>
      <w:r w:rsidRPr="00091D37">
        <w:rPr>
          <w:b/>
        </w:rPr>
        <w:t>ACTO QUE SE RECURRE.</w:t>
      </w:r>
    </w:p>
    <w:tbl>
      <w:tblPr>
        <w:tblW w:w="0" w:type="auto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4859E1" w:rsidRPr="00091D37" w14:paraId="02B2FC94" w14:textId="77777777">
        <w:trPr>
          <w:jc w:val="center"/>
        </w:trPr>
        <w:tc>
          <w:tcPr>
            <w:tcW w:w="10368" w:type="dxa"/>
          </w:tcPr>
          <w:p w14:paraId="2883C896" w14:textId="77777777" w:rsidR="004859E1" w:rsidRPr="00091D37" w:rsidRDefault="004859E1">
            <w:pPr>
              <w:spacing w:after="0"/>
            </w:pPr>
          </w:p>
          <w:p w14:paraId="06FD20C3" w14:textId="77777777" w:rsidR="00E8024F" w:rsidRPr="00091D37" w:rsidRDefault="00E8024F">
            <w:pPr>
              <w:spacing w:after="0"/>
            </w:pPr>
          </w:p>
          <w:p w14:paraId="708E8786" w14:textId="77777777" w:rsidR="00E8024F" w:rsidRPr="00091D37" w:rsidRDefault="00E8024F">
            <w:pPr>
              <w:spacing w:after="0"/>
            </w:pPr>
          </w:p>
          <w:p w14:paraId="31F77043" w14:textId="77777777" w:rsidR="00E8024F" w:rsidRPr="00091D37" w:rsidRDefault="00E8024F">
            <w:pPr>
              <w:spacing w:after="0"/>
            </w:pPr>
          </w:p>
          <w:p w14:paraId="0DA4B4A6" w14:textId="2B300685" w:rsidR="00E8024F" w:rsidRPr="00091D37" w:rsidRDefault="00E8024F">
            <w:pPr>
              <w:spacing w:after="0"/>
            </w:pPr>
          </w:p>
        </w:tc>
      </w:tr>
    </w:tbl>
    <w:p w14:paraId="7A2A1DC9" w14:textId="77777777" w:rsidR="007006B1" w:rsidRPr="008C3675" w:rsidRDefault="007006B1">
      <w:pPr>
        <w:spacing w:after="0" w:line="240" w:lineRule="auto"/>
        <w:rPr>
          <w:b/>
          <w:sz w:val="12"/>
          <w:szCs w:val="12"/>
        </w:rPr>
      </w:pPr>
    </w:p>
    <w:p w14:paraId="27907D0E" w14:textId="4A35298B" w:rsidR="004859E1" w:rsidRPr="00091D37" w:rsidRDefault="001C5691">
      <w:pPr>
        <w:spacing w:after="0" w:line="240" w:lineRule="auto"/>
      </w:pPr>
      <w:r w:rsidRPr="00091D37">
        <w:rPr>
          <w:b/>
        </w:rPr>
        <w:t>RAZONES O MOTIVOS DE LA INCONFORMIDAD.</w:t>
      </w:r>
    </w:p>
    <w:tbl>
      <w:tblPr>
        <w:tblW w:w="0" w:type="auto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4859E1" w:rsidRPr="00091D37" w14:paraId="222C767D" w14:textId="77777777">
        <w:trPr>
          <w:jc w:val="center"/>
        </w:trPr>
        <w:tc>
          <w:tcPr>
            <w:tcW w:w="10368" w:type="dxa"/>
          </w:tcPr>
          <w:p w14:paraId="6D1A39E8" w14:textId="77777777" w:rsidR="004859E1" w:rsidRPr="00091D37" w:rsidRDefault="001C5691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 xml:space="preserve">1. En fecha ____ de __________ </w:t>
            </w:r>
            <w:proofErr w:type="spellStart"/>
            <w:r w:rsidRPr="00091D37">
              <w:rPr>
                <w:sz w:val="16"/>
                <w:szCs w:val="16"/>
              </w:rPr>
              <w:t>de</w:t>
            </w:r>
            <w:proofErr w:type="spellEnd"/>
            <w:r w:rsidRPr="00091D37">
              <w:rPr>
                <w:sz w:val="16"/>
                <w:szCs w:val="16"/>
              </w:rPr>
              <w:t xml:space="preserve"> ______, acudí a la ____________________, a realizar una solicitud de acceso a la información.</w:t>
            </w:r>
          </w:p>
        </w:tc>
      </w:tr>
      <w:tr w:rsidR="004859E1" w:rsidRPr="00091D37" w14:paraId="54F6CF7A" w14:textId="77777777">
        <w:trPr>
          <w:jc w:val="center"/>
        </w:trPr>
        <w:tc>
          <w:tcPr>
            <w:tcW w:w="10368" w:type="dxa"/>
          </w:tcPr>
          <w:p w14:paraId="1ECA60F8" w14:textId="77777777" w:rsidR="004859E1" w:rsidRPr="00091D37" w:rsidRDefault="001C5691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2. La solicitud de información que realicé consistía en: ________________________________________________</w:t>
            </w:r>
          </w:p>
        </w:tc>
      </w:tr>
      <w:tr w:rsidR="004859E1" w:rsidRPr="00091D37" w14:paraId="732F0A5F" w14:textId="77777777">
        <w:trPr>
          <w:jc w:val="center"/>
        </w:trPr>
        <w:tc>
          <w:tcPr>
            <w:tcW w:w="10368" w:type="dxa"/>
          </w:tcPr>
          <w:p w14:paraId="1B825CCE" w14:textId="77777777" w:rsidR="004859E1" w:rsidRPr="00091D37" w:rsidRDefault="001C5691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3. Es el caso que la Unidad de Transparencia responsable de emitir el acto: ________________________________</w:t>
            </w:r>
          </w:p>
        </w:tc>
      </w:tr>
    </w:tbl>
    <w:p w14:paraId="65051AFA" w14:textId="77777777" w:rsidR="00E8024F" w:rsidRPr="008C3675" w:rsidRDefault="00E8024F">
      <w:pPr>
        <w:spacing w:after="0" w:line="240" w:lineRule="auto"/>
        <w:rPr>
          <w:b/>
          <w:sz w:val="12"/>
          <w:szCs w:val="12"/>
        </w:rPr>
      </w:pPr>
    </w:p>
    <w:p w14:paraId="6EADDFE9" w14:textId="65D6303A" w:rsidR="004859E1" w:rsidRPr="00091D37" w:rsidRDefault="001C5691">
      <w:pPr>
        <w:spacing w:after="0" w:line="240" w:lineRule="auto"/>
      </w:pPr>
      <w:r w:rsidRPr="00091D37">
        <w:rPr>
          <w:b/>
        </w:rPr>
        <w:t>Elija la opción, marcándola con una “X”</w:t>
      </w:r>
    </w:p>
    <w:p w14:paraId="1F73E229" w14:textId="6813203D" w:rsidR="004859E1" w:rsidRPr="00091D37" w:rsidRDefault="001C5691" w:rsidP="00091D37">
      <w:pPr>
        <w:spacing w:after="0" w:line="240" w:lineRule="auto"/>
        <w:jc w:val="both"/>
        <w:rPr>
          <w:sz w:val="16"/>
          <w:szCs w:val="16"/>
        </w:rPr>
      </w:pPr>
      <w:r w:rsidRPr="00091D37">
        <w:rPr>
          <w:sz w:val="16"/>
          <w:szCs w:val="16"/>
        </w:rPr>
        <w:t xml:space="preserve">☐ La clasificación de la información. </w:t>
      </w:r>
    </w:p>
    <w:p w14:paraId="3BB803C1" w14:textId="706F974E" w:rsidR="004859E1" w:rsidRPr="00091D37" w:rsidRDefault="001C5691" w:rsidP="00091D37">
      <w:pPr>
        <w:spacing w:after="0" w:line="240" w:lineRule="auto"/>
        <w:jc w:val="both"/>
        <w:rPr>
          <w:sz w:val="16"/>
          <w:szCs w:val="16"/>
        </w:rPr>
      </w:pPr>
      <w:r w:rsidRPr="00091D37">
        <w:rPr>
          <w:sz w:val="16"/>
          <w:szCs w:val="16"/>
        </w:rPr>
        <w:t>☐ La declaración de inexistencia de información.</w:t>
      </w:r>
    </w:p>
    <w:p w14:paraId="1D74DA2F" w14:textId="040C7FDA" w:rsidR="004859E1" w:rsidRPr="00091D37" w:rsidRDefault="001C5691" w:rsidP="00091D37">
      <w:pPr>
        <w:spacing w:after="0" w:line="240" w:lineRule="auto"/>
        <w:jc w:val="both"/>
        <w:rPr>
          <w:sz w:val="16"/>
          <w:szCs w:val="16"/>
        </w:rPr>
      </w:pPr>
      <w:r w:rsidRPr="00091D37">
        <w:rPr>
          <w:sz w:val="16"/>
          <w:szCs w:val="16"/>
        </w:rPr>
        <w:t xml:space="preserve">☐ La declaración de incompetencia por el Sujeto Obligado. </w:t>
      </w:r>
    </w:p>
    <w:p w14:paraId="26E2F319" w14:textId="6E91930D" w:rsidR="004859E1" w:rsidRPr="00091D37" w:rsidRDefault="001C5691" w:rsidP="00091D37">
      <w:pPr>
        <w:spacing w:after="0" w:line="240" w:lineRule="auto"/>
        <w:jc w:val="both"/>
        <w:rPr>
          <w:sz w:val="16"/>
          <w:szCs w:val="16"/>
        </w:rPr>
      </w:pPr>
      <w:r w:rsidRPr="00091D37">
        <w:rPr>
          <w:sz w:val="16"/>
          <w:szCs w:val="16"/>
        </w:rPr>
        <w:lastRenderedPageBreak/>
        <w:t xml:space="preserve">☐ La entrega de información incompleta. </w:t>
      </w:r>
    </w:p>
    <w:p w14:paraId="6B94DE7F" w14:textId="61C35727" w:rsidR="004859E1" w:rsidRPr="00091D37" w:rsidRDefault="001C5691" w:rsidP="00091D37">
      <w:pPr>
        <w:spacing w:after="0" w:line="240" w:lineRule="auto"/>
        <w:jc w:val="both"/>
        <w:rPr>
          <w:sz w:val="16"/>
          <w:szCs w:val="16"/>
        </w:rPr>
      </w:pPr>
      <w:r w:rsidRPr="00091D37">
        <w:rPr>
          <w:sz w:val="16"/>
          <w:szCs w:val="16"/>
        </w:rPr>
        <w:t xml:space="preserve">☐ La entrega de información que no corresponda con lo solicitado. </w:t>
      </w:r>
    </w:p>
    <w:p w14:paraId="492894DD" w14:textId="1DF34FB5" w:rsidR="004859E1" w:rsidRPr="00091D37" w:rsidRDefault="001C5691" w:rsidP="00091D37">
      <w:pPr>
        <w:spacing w:after="0" w:line="240" w:lineRule="auto"/>
        <w:jc w:val="both"/>
        <w:rPr>
          <w:sz w:val="16"/>
          <w:szCs w:val="16"/>
        </w:rPr>
      </w:pPr>
      <w:r w:rsidRPr="00091D37">
        <w:rPr>
          <w:sz w:val="16"/>
          <w:szCs w:val="16"/>
        </w:rPr>
        <w:t>☐ La falta de respuesta a una solicitud de acceso a la información dentro de los plazos establecidos en la Ley.</w:t>
      </w:r>
    </w:p>
    <w:p w14:paraId="34E3BD53" w14:textId="1A4592BF" w:rsidR="004859E1" w:rsidRPr="00091D37" w:rsidRDefault="001C5691" w:rsidP="00091D37">
      <w:pPr>
        <w:spacing w:after="0" w:line="240" w:lineRule="auto"/>
        <w:jc w:val="both"/>
        <w:rPr>
          <w:sz w:val="16"/>
          <w:szCs w:val="16"/>
        </w:rPr>
      </w:pPr>
      <w:r w:rsidRPr="00091D37">
        <w:rPr>
          <w:sz w:val="16"/>
          <w:szCs w:val="16"/>
        </w:rPr>
        <w:t xml:space="preserve">☐ La notificación, entrega o puesta a disposición de información en una modalidad o formato distinto al solicitado. </w:t>
      </w:r>
    </w:p>
    <w:p w14:paraId="1FE2E73B" w14:textId="7A1B6181" w:rsidR="004859E1" w:rsidRPr="00091D37" w:rsidRDefault="001C5691" w:rsidP="00091D37">
      <w:pPr>
        <w:spacing w:after="0" w:line="240" w:lineRule="auto"/>
        <w:jc w:val="both"/>
        <w:rPr>
          <w:sz w:val="16"/>
          <w:szCs w:val="16"/>
        </w:rPr>
      </w:pPr>
      <w:r w:rsidRPr="00091D37">
        <w:rPr>
          <w:sz w:val="16"/>
          <w:szCs w:val="16"/>
        </w:rPr>
        <w:t xml:space="preserve">☐ La entrega o puesta a disposición de información en un formato incomprensible y/o no accesible para la persona solicitante. </w:t>
      </w:r>
    </w:p>
    <w:p w14:paraId="5ECD803F" w14:textId="077893F1" w:rsidR="004859E1" w:rsidRPr="00091D37" w:rsidRDefault="001C5691" w:rsidP="00091D37">
      <w:pPr>
        <w:spacing w:after="0" w:line="240" w:lineRule="auto"/>
        <w:jc w:val="both"/>
        <w:rPr>
          <w:sz w:val="16"/>
          <w:szCs w:val="16"/>
        </w:rPr>
      </w:pPr>
      <w:r w:rsidRPr="00091D37">
        <w:rPr>
          <w:sz w:val="16"/>
          <w:szCs w:val="16"/>
        </w:rPr>
        <w:t xml:space="preserve">☐ Los costos o tiempos de entrega de la información. </w:t>
      </w:r>
    </w:p>
    <w:p w14:paraId="0CBDEB79" w14:textId="37D0449E" w:rsidR="004859E1" w:rsidRPr="00091D37" w:rsidRDefault="001C5691" w:rsidP="00091D37">
      <w:pPr>
        <w:spacing w:after="0" w:line="240" w:lineRule="auto"/>
        <w:jc w:val="both"/>
        <w:rPr>
          <w:sz w:val="16"/>
          <w:szCs w:val="16"/>
        </w:rPr>
      </w:pPr>
      <w:r w:rsidRPr="00091D37">
        <w:rPr>
          <w:sz w:val="16"/>
          <w:szCs w:val="16"/>
        </w:rPr>
        <w:t xml:space="preserve">☐ La falta de trámite a una solicitud. </w:t>
      </w:r>
    </w:p>
    <w:p w14:paraId="6CFF3AB9" w14:textId="4BE5207D" w:rsidR="004859E1" w:rsidRPr="00091D37" w:rsidRDefault="001C5691" w:rsidP="00091D37">
      <w:pPr>
        <w:spacing w:after="0" w:line="240" w:lineRule="auto"/>
        <w:jc w:val="both"/>
        <w:rPr>
          <w:sz w:val="16"/>
          <w:szCs w:val="16"/>
        </w:rPr>
      </w:pPr>
      <w:r w:rsidRPr="00091D37">
        <w:rPr>
          <w:sz w:val="16"/>
          <w:szCs w:val="16"/>
        </w:rPr>
        <w:t xml:space="preserve">☐ La negativa a permitir la consulta directa de la información. </w:t>
      </w:r>
    </w:p>
    <w:p w14:paraId="167CCD23" w14:textId="301C3301" w:rsidR="004859E1" w:rsidRPr="00091D37" w:rsidRDefault="001C5691" w:rsidP="00091D37">
      <w:pPr>
        <w:spacing w:after="0" w:line="240" w:lineRule="auto"/>
        <w:jc w:val="both"/>
        <w:rPr>
          <w:sz w:val="16"/>
          <w:szCs w:val="16"/>
        </w:rPr>
      </w:pPr>
      <w:r w:rsidRPr="00091D37">
        <w:rPr>
          <w:sz w:val="16"/>
          <w:szCs w:val="16"/>
        </w:rPr>
        <w:t xml:space="preserve">☐ La falta, deficiencia o insuficiencia de la fundamentación y/o motivación en la respuesta. </w:t>
      </w:r>
    </w:p>
    <w:p w14:paraId="4CD669FE" w14:textId="44DD6DCD" w:rsidR="004859E1" w:rsidRPr="00091D37" w:rsidRDefault="001C5691" w:rsidP="00091D37">
      <w:pPr>
        <w:spacing w:after="0" w:line="240" w:lineRule="auto"/>
        <w:jc w:val="both"/>
        <w:rPr>
          <w:sz w:val="16"/>
          <w:szCs w:val="16"/>
        </w:rPr>
      </w:pPr>
      <w:r w:rsidRPr="00091D37">
        <w:rPr>
          <w:sz w:val="16"/>
          <w:szCs w:val="16"/>
        </w:rPr>
        <w:t xml:space="preserve">☐ La orientación a un trámite específico. </w:t>
      </w:r>
    </w:p>
    <w:p w14:paraId="5122DFC4" w14:textId="77777777" w:rsidR="00091D37" w:rsidRPr="008C3675" w:rsidRDefault="00091D37" w:rsidP="00091D37">
      <w:pPr>
        <w:spacing w:after="0" w:line="240" w:lineRule="auto"/>
        <w:jc w:val="both"/>
        <w:rPr>
          <w:b/>
          <w:sz w:val="12"/>
          <w:szCs w:val="12"/>
        </w:rPr>
      </w:pPr>
    </w:p>
    <w:p w14:paraId="58AD0A8A" w14:textId="7DCA3367" w:rsidR="004859E1" w:rsidRDefault="001C5691" w:rsidP="00091D37">
      <w:pPr>
        <w:spacing w:after="0" w:line="240" w:lineRule="auto"/>
        <w:jc w:val="both"/>
        <w:rPr>
          <w:b/>
          <w:sz w:val="16"/>
          <w:szCs w:val="16"/>
        </w:rPr>
      </w:pPr>
      <w:r w:rsidRPr="00091D37">
        <w:rPr>
          <w:b/>
          <w:sz w:val="16"/>
          <w:szCs w:val="16"/>
        </w:rPr>
        <w:t>Elija con una “X” la opción:</w:t>
      </w:r>
    </w:p>
    <w:p w14:paraId="141E29CE" w14:textId="77777777" w:rsidR="00091D37" w:rsidRPr="008C3675" w:rsidRDefault="00091D37" w:rsidP="00091D37">
      <w:pPr>
        <w:spacing w:after="0" w:line="240" w:lineRule="auto"/>
        <w:jc w:val="both"/>
        <w:rPr>
          <w:sz w:val="12"/>
          <w:szCs w:val="12"/>
        </w:rPr>
      </w:pPr>
    </w:p>
    <w:p w14:paraId="017A451A" w14:textId="092E68B0" w:rsidR="004859E1" w:rsidRPr="00091D37" w:rsidRDefault="001C5691" w:rsidP="00091D37">
      <w:pPr>
        <w:spacing w:after="0" w:line="240" w:lineRule="auto"/>
        <w:jc w:val="both"/>
        <w:rPr>
          <w:sz w:val="16"/>
          <w:szCs w:val="16"/>
        </w:rPr>
      </w:pPr>
      <w:r w:rsidRPr="00091D37">
        <w:rPr>
          <w:sz w:val="16"/>
          <w:szCs w:val="16"/>
        </w:rPr>
        <w:t>☐ Copia de la respuesta que se impugna</w:t>
      </w:r>
      <w:r w:rsidR="00987E4A" w:rsidRPr="00091D37">
        <w:rPr>
          <w:sz w:val="16"/>
          <w:szCs w:val="16"/>
        </w:rPr>
        <w:t>.</w:t>
      </w:r>
    </w:p>
    <w:p w14:paraId="4AB99850" w14:textId="5472D618" w:rsidR="004859E1" w:rsidRPr="00091D37" w:rsidRDefault="001C5691" w:rsidP="00091D37">
      <w:pPr>
        <w:spacing w:after="0" w:line="240" w:lineRule="auto"/>
        <w:jc w:val="both"/>
        <w:rPr>
          <w:sz w:val="16"/>
          <w:szCs w:val="16"/>
        </w:rPr>
      </w:pPr>
      <w:r w:rsidRPr="00091D37">
        <w:rPr>
          <w:sz w:val="16"/>
          <w:szCs w:val="16"/>
        </w:rPr>
        <w:t>☐ Copia de la notificación de la respuesta correspondiente</w:t>
      </w:r>
      <w:r w:rsidR="00987E4A" w:rsidRPr="00091D37">
        <w:rPr>
          <w:sz w:val="16"/>
          <w:szCs w:val="16"/>
        </w:rPr>
        <w:t>.</w:t>
      </w:r>
    </w:p>
    <w:p w14:paraId="4D1512CC" w14:textId="548C2C5C" w:rsidR="004859E1" w:rsidRPr="00091D37" w:rsidRDefault="001C5691" w:rsidP="00091D37">
      <w:pPr>
        <w:spacing w:after="0" w:line="240" w:lineRule="auto"/>
        <w:jc w:val="both"/>
        <w:rPr>
          <w:sz w:val="16"/>
          <w:szCs w:val="16"/>
        </w:rPr>
      </w:pPr>
      <w:r w:rsidRPr="00091D37">
        <w:rPr>
          <w:sz w:val="16"/>
          <w:szCs w:val="16"/>
        </w:rPr>
        <w:t>☐ Copia de la solicitud realizada, en caso de falta de respuesta (Negativa Ficta)</w:t>
      </w:r>
      <w:r w:rsidR="00987E4A" w:rsidRPr="00091D37">
        <w:rPr>
          <w:sz w:val="16"/>
          <w:szCs w:val="16"/>
        </w:rPr>
        <w:t>.</w:t>
      </w:r>
    </w:p>
    <w:p w14:paraId="3C7F0A54" w14:textId="77777777" w:rsidR="004859E1" w:rsidRPr="00091D37" w:rsidRDefault="001C5691" w:rsidP="00091D37">
      <w:pPr>
        <w:spacing w:after="0" w:line="240" w:lineRule="auto"/>
        <w:jc w:val="both"/>
        <w:rPr>
          <w:sz w:val="16"/>
          <w:szCs w:val="16"/>
        </w:rPr>
      </w:pPr>
      <w:r w:rsidRPr="00091D37">
        <w:rPr>
          <w:sz w:val="16"/>
          <w:szCs w:val="16"/>
        </w:rPr>
        <w:t>En caso de que la solicitud de información se haya presentado por correo certificado con acuse de recibo, a la copia de la solicitud se deberá anexar el número de folio de la pieza postal, el sello del acuse de recibo y de la oficina postal respectiva.</w:t>
      </w:r>
    </w:p>
    <w:p w14:paraId="5F3B2C52" w14:textId="77777777" w:rsidR="00880277" w:rsidRPr="00091D37" w:rsidRDefault="00880277">
      <w:pPr>
        <w:spacing w:after="0" w:line="240" w:lineRule="auto"/>
        <w:rPr>
          <w:sz w:val="16"/>
          <w:szCs w:val="16"/>
        </w:rPr>
      </w:pPr>
    </w:p>
    <w:p w14:paraId="512C1893" w14:textId="5A4AF64D" w:rsidR="004859E1" w:rsidRPr="00091D37" w:rsidRDefault="001C5691">
      <w:pPr>
        <w:spacing w:after="0" w:line="240" w:lineRule="auto"/>
      </w:pPr>
      <w:r w:rsidRPr="00091D37">
        <w:rPr>
          <w:b/>
        </w:rPr>
        <w:t>PRUEBAS QUE SE ANEXAN.</w:t>
      </w:r>
    </w:p>
    <w:tbl>
      <w:tblPr>
        <w:tblW w:w="0" w:type="auto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4859E1" w:rsidRPr="00091D37" w14:paraId="549E7B48" w14:textId="77777777">
        <w:trPr>
          <w:jc w:val="center"/>
        </w:trPr>
        <w:tc>
          <w:tcPr>
            <w:tcW w:w="10368" w:type="dxa"/>
          </w:tcPr>
          <w:p w14:paraId="23B79366" w14:textId="77777777" w:rsidR="004859E1" w:rsidRPr="00091D37" w:rsidRDefault="001C5691" w:rsidP="00165C7E">
            <w:pPr>
              <w:spacing w:after="0"/>
              <w:jc w:val="both"/>
              <w:rPr>
                <w:sz w:val="16"/>
                <w:szCs w:val="16"/>
              </w:rPr>
            </w:pPr>
            <w:r w:rsidRPr="00A07201">
              <w:rPr>
                <w:sz w:val="16"/>
                <w:szCs w:val="16"/>
                <w:lang w:val="pt-PT"/>
              </w:rPr>
              <w:t xml:space="preserve">☐ Carta Poder o Poder Notarial. </w:t>
            </w:r>
            <w:r w:rsidRPr="00091D37">
              <w:rPr>
                <w:sz w:val="16"/>
                <w:szCs w:val="16"/>
              </w:rPr>
              <w:t>Sólo en caso de presentar el Recurso por medio de representante o cuando se trate de Personas Morales.</w:t>
            </w:r>
          </w:p>
        </w:tc>
      </w:tr>
      <w:tr w:rsidR="004859E1" w:rsidRPr="00091D37" w14:paraId="2D5539FF" w14:textId="77777777">
        <w:trPr>
          <w:jc w:val="center"/>
        </w:trPr>
        <w:tc>
          <w:tcPr>
            <w:tcW w:w="10368" w:type="dxa"/>
          </w:tcPr>
          <w:p w14:paraId="5EEC6115" w14:textId="21100D20" w:rsidR="004859E1" w:rsidRPr="00091D37" w:rsidRDefault="001C5691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 xml:space="preserve">☐ Otros documentos y elementos que considere procedentes someter a juicio </w:t>
            </w:r>
            <w:r w:rsidR="00165C7E" w:rsidRPr="00091D37">
              <w:rPr>
                <w:sz w:val="16"/>
                <w:szCs w:val="16"/>
              </w:rPr>
              <w:t xml:space="preserve">de la </w:t>
            </w:r>
            <w:r w:rsidR="00165C7E" w:rsidRPr="00091D37">
              <w:rPr>
                <w:color w:val="C00000"/>
                <w:sz w:val="16"/>
                <w:szCs w:val="16"/>
              </w:rPr>
              <w:t>Autoridad Garante Estatal.</w:t>
            </w:r>
          </w:p>
        </w:tc>
      </w:tr>
      <w:tr w:rsidR="004859E1" w:rsidRPr="00091D37" w14:paraId="19D9F8B4" w14:textId="77777777">
        <w:trPr>
          <w:jc w:val="center"/>
        </w:trPr>
        <w:tc>
          <w:tcPr>
            <w:tcW w:w="10368" w:type="dxa"/>
          </w:tcPr>
          <w:p w14:paraId="399EBD89" w14:textId="77777777" w:rsidR="004859E1" w:rsidRPr="00091D37" w:rsidRDefault="001C5691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Describir documentos: ____________________________________________________________________________</w:t>
            </w:r>
          </w:p>
        </w:tc>
      </w:tr>
    </w:tbl>
    <w:p w14:paraId="300ACAE3" w14:textId="77777777" w:rsidR="00E8024F" w:rsidRPr="008C3675" w:rsidRDefault="00E8024F">
      <w:pPr>
        <w:spacing w:after="0" w:line="240" w:lineRule="auto"/>
        <w:rPr>
          <w:b/>
          <w:sz w:val="12"/>
          <w:szCs w:val="12"/>
        </w:rPr>
      </w:pPr>
    </w:p>
    <w:p w14:paraId="5A26D340" w14:textId="56098B6E" w:rsidR="004859E1" w:rsidRPr="00091D37" w:rsidRDefault="001C5691">
      <w:pPr>
        <w:spacing w:after="0" w:line="240" w:lineRule="auto"/>
      </w:pPr>
      <w:r w:rsidRPr="00091D37">
        <w:rPr>
          <w:b/>
        </w:rPr>
        <w:t>FIRMA O HUELLA DIGITAL DE LA PERSONA RECURRENTE.</w:t>
      </w:r>
    </w:p>
    <w:tbl>
      <w:tblPr>
        <w:tblW w:w="0" w:type="auto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4859E1" w:rsidRPr="00091D37" w14:paraId="2A0E7030" w14:textId="77777777">
        <w:trPr>
          <w:jc w:val="center"/>
        </w:trPr>
        <w:tc>
          <w:tcPr>
            <w:tcW w:w="10368" w:type="dxa"/>
          </w:tcPr>
          <w:p w14:paraId="1E83317E" w14:textId="77777777" w:rsidR="004859E1" w:rsidRPr="00091D37" w:rsidRDefault="001C5691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Nombre de la persona Recurrente: ________________________________________________</w:t>
            </w:r>
          </w:p>
        </w:tc>
      </w:tr>
      <w:tr w:rsidR="004859E1" w:rsidRPr="00091D37" w14:paraId="2691E0CA" w14:textId="77777777">
        <w:trPr>
          <w:jc w:val="center"/>
        </w:trPr>
        <w:tc>
          <w:tcPr>
            <w:tcW w:w="10368" w:type="dxa"/>
          </w:tcPr>
          <w:p w14:paraId="06F2AADF" w14:textId="0C6D6421" w:rsidR="004859E1" w:rsidRPr="00091D37" w:rsidRDefault="001C5691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 xml:space="preserve">Firma o </w:t>
            </w:r>
            <w:r w:rsidR="00165C7E" w:rsidRPr="00091D37">
              <w:rPr>
                <w:sz w:val="16"/>
                <w:szCs w:val="16"/>
              </w:rPr>
              <w:t>huella digital</w:t>
            </w:r>
            <w:r w:rsidRPr="00091D37">
              <w:rPr>
                <w:sz w:val="16"/>
                <w:szCs w:val="16"/>
              </w:rPr>
              <w:t>*: __________________________________________________________</w:t>
            </w:r>
          </w:p>
        </w:tc>
      </w:tr>
    </w:tbl>
    <w:p w14:paraId="7AE82CF0" w14:textId="77777777" w:rsidR="00880277" w:rsidRPr="008C3675" w:rsidRDefault="00880277">
      <w:pPr>
        <w:spacing w:after="0" w:line="240" w:lineRule="auto"/>
        <w:rPr>
          <w:b/>
          <w:sz w:val="12"/>
          <w:szCs w:val="12"/>
        </w:rPr>
      </w:pPr>
    </w:p>
    <w:p w14:paraId="45696C91" w14:textId="04414E89" w:rsidR="004859E1" w:rsidRPr="00091D37" w:rsidRDefault="001C5691">
      <w:pPr>
        <w:spacing w:after="0" w:line="240" w:lineRule="auto"/>
      </w:pPr>
      <w:r w:rsidRPr="00091D37">
        <w:rPr>
          <w:b/>
        </w:rPr>
        <w:t>LUGAR Y FECHA.</w:t>
      </w:r>
    </w:p>
    <w:tbl>
      <w:tblPr>
        <w:tblW w:w="0" w:type="auto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4859E1" w:rsidRPr="00091D37" w14:paraId="7EA086D9" w14:textId="77777777">
        <w:trPr>
          <w:jc w:val="center"/>
        </w:trPr>
        <w:tc>
          <w:tcPr>
            <w:tcW w:w="10368" w:type="dxa"/>
          </w:tcPr>
          <w:p w14:paraId="7876BF94" w14:textId="77777777" w:rsidR="004859E1" w:rsidRPr="00091D37" w:rsidRDefault="001C5691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Chetumal, Quintana Roo, a ____ de __________________ del año ________.</w:t>
            </w:r>
          </w:p>
        </w:tc>
      </w:tr>
    </w:tbl>
    <w:p w14:paraId="7AEEF0BF" w14:textId="77777777" w:rsidR="00880277" w:rsidRPr="008C3675" w:rsidRDefault="00880277">
      <w:pPr>
        <w:spacing w:after="0" w:line="240" w:lineRule="auto"/>
        <w:rPr>
          <w:b/>
          <w:sz w:val="12"/>
          <w:szCs w:val="12"/>
        </w:rPr>
      </w:pPr>
    </w:p>
    <w:p w14:paraId="6F623D39" w14:textId="11DF88BE" w:rsidR="004859E1" w:rsidRPr="00091D37" w:rsidRDefault="001C5691">
      <w:pPr>
        <w:spacing w:after="0" w:line="240" w:lineRule="auto"/>
        <w:rPr>
          <w:color w:val="C00000"/>
        </w:rPr>
      </w:pPr>
      <w:r w:rsidRPr="00091D37">
        <w:rPr>
          <w:b/>
        </w:rPr>
        <w:t>ACUSE DE RECIBO DE</w:t>
      </w:r>
      <w:r w:rsidR="00C26726">
        <w:rPr>
          <w:b/>
        </w:rPr>
        <w:t xml:space="preserve"> LA ADMINISTRACIÓN PORTUARIA INTEGRAL DE QUINTANA ROO, S.A. DE C.V.</w:t>
      </w:r>
    </w:p>
    <w:tbl>
      <w:tblPr>
        <w:tblW w:w="0" w:type="auto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4859E1" w:rsidRPr="00091D37" w14:paraId="1FBE6505" w14:textId="77777777">
        <w:trPr>
          <w:jc w:val="center"/>
        </w:trPr>
        <w:tc>
          <w:tcPr>
            <w:tcW w:w="10368" w:type="dxa"/>
          </w:tcPr>
          <w:p w14:paraId="26D3A06E" w14:textId="2FCD8BED" w:rsidR="004859E1" w:rsidRPr="00C26726" w:rsidRDefault="001C5691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Este espacio debe ser llenado exclusivamente por personal de</w:t>
            </w:r>
            <w:r w:rsidR="00C26726">
              <w:rPr>
                <w:sz w:val="16"/>
                <w:szCs w:val="16"/>
              </w:rPr>
              <w:t xml:space="preserve"> </w:t>
            </w:r>
            <w:r w:rsidRPr="00091D37">
              <w:rPr>
                <w:sz w:val="16"/>
                <w:szCs w:val="16"/>
              </w:rPr>
              <w:t>l</w:t>
            </w:r>
            <w:r w:rsidR="00C26726">
              <w:rPr>
                <w:sz w:val="16"/>
                <w:szCs w:val="16"/>
              </w:rPr>
              <w:t>a</w:t>
            </w:r>
            <w:r w:rsidRPr="00091D37">
              <w:rPr>
                <w:sz w:val="16"/>
                <w:szCs w:val="16"/>
              </w:rPr>
              <w:t xml:space="preserve"> </w:t>
            </w:r>
            <w:r w:rsidR="00C26726">
              <w:rPr>
                <w:sz w:val="16"/>
                <w:szCs w:val="16"/>
              </w:rPr>
              <w:t>Administración Portuaria Integral de Quintana Roo, S.A. de C.V.</w:t>
            </w:r>
          </w:p>
        </w:tc>
      </w:tr>
      <w:tr w:rsidR="004859E1" w:rsidRPr="00091D37" w14:paraId="46ADBC52" w14:textId="77777777">
        <w:trPr>
          <w:jc w:val="center"/>
        </w:trPr>
        <w:tc>
          <w:tcPr>
            <w:tcW w:w="10368" w:type="dxa"/>
          </w:tcPr>
          <w:p w14:paraId="6636281D" w14:textId="77777777" w:rsidR="004859E1" w:rsidRPr="00091D37" w:rsidRDefault="001C5691">
            <w:pPr>
              <w:spacing w:after="0"/>
              <w:rPr>
                <w:sz w:val="16"/>
                <w:szCs w:val="16"/>
              </w:rPr>
            </w:pPr>
            <w:r w:rsidRPr="00091D37">
              <w:rPr>
                <w:sz w:val="16"/>
                <w:szCs w:val="16"/>
              </w:rPr>
              <w:t>Nombre y firma de la persona servidora pública __________________________    Sello y fecha de recibido __________________________</w:t>
            </w:r>
          </w:p>
        </w:tc>
      </w:tr>
    </w:tbl>
    <w:p w14:paraId="091DABFA" w14:textId="42EB3F98" w:rsidR="00880277" w:rsidRPr="00091D37" w:rsidRDefault="001C5691">
      <w:pPr>
        <w:spacing w:after="0" w:line="240" w:lineRule="auto"/>
        <w:rPr>
          <w:sz w:val="14"/>
          <w:szCs w:val="14"/>
        </w:rPr>
      </w:pPr>
      <w:r w:rsidRPr="00091D37">
        <w:rPr>
          <w:sz w:val="14"/>
          <w:szCs w:val="14"/>
        </w:rPr>
        <w:t>NOTA: Todos los campos marcados con asterisco son opcionale</w:t>
      </w:r>
      <w:r w:rsidR="007006B1" w:rsidRPr="00091D37">
        <w:rPr>
          <w:sz w:val="14"/>
          <w:szCs w:val="14"/>
        </w:rPr>
        <w:t>s.</w:t>
      </w:r>
    </w:p>
    <w:p w14:paraId="515318F6" w14:textId="77777777" w:rsidR="00E8024F" w:rsidRPr="008C3675" w:rsidRDefault="00E8024F">
      <w:pPr>
        <w:spacing w:after="0" w:line="240" w:lineRule="auto"/>
        <w:rPr>
          <w:b/>
          <w:sz w:val="12"/>
          <w:szCs w:val="12"/>
        </w:rPr>
      </w:pPr>
    </w:p>
    <w:tbl>
      <w:tblPr>
        <w:tblW w:w="10368" w:type="dxa"/>
        <w:jc w:val="center"/>
        <w:tblBorders>
          <w:top w:val="single" w:sz="6" w:space="0" w:color="707070"/>
          <w:left w:val="single" w:sz="6" w:space="0" w:color="707070"/>
          <w:bottom w:val="single" w:sz="6" w:space="0" w:color="707070"/>
          <w:right w:val="single" w:sz="6" w:space="0" w:color="707070"/>
          <w:insideH w:val="single" w:sz="6" w:space="0" w:color="707070"/>
          <w:insideV w:val="single" w:sz="6" w:space="0" w:color="707070"/>
        </w:tblBorders>
        <w:tblLayout w:type="fixed"/>
        <w:tblLook w:val="04A0" w:firstRow="1" w:lastRow="0" w:firstColumn="1" w:lastColumn="0" w:noHBand="0" w:noVBand="1"/>
      </w:tblPr>
      <w:tblGrid>
        <w:gridCol w:w="10368"/>
      </w:tblGrid>
      <w:tr w:rsidR="00A07201" w:rsidRPr="00C56CFE" w14:paraId="3D9EFA51" w14:textId="77777777" w:rsidTr="00F55433">
        <w:trPr>
          <w:trHeight w:val="553"/>
          <w:jc w:val="center"/>
        </w:trPr>
        <w:tc>
          <w:tcPr>
            <w:tcW w:w="10368" w:type="dxa"/>
            <w:shd w:val="clear" w:color="auto" w:fill="F2F2F2" w:themeFill="background1" w:themeFillShade="F2"/>
          </w:tcPr>
          <w:p w14:paraId="2F53D1A9" w14:textId="18AB5468" w:rsidR="00A07201" w:rsidRPr="00C56CFE" w:rsidRDefault="00A07201" w:rsidP="008C367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56CFE">
              <w:rPr>
                <w:b/>
                <w:sz w:val="16"/>
                <w:szCs w:val="16"/>
              </w:rPr>
              <w:t xml:space="preserve">AVISO DE PRIVACIDAD SIMPLIFICADO PARA LA INTERPOSICIÓN DEL RECURSO DE REVISIÓN EN MATERIA DE </w:t>
            </w:r>
            <w:r>
              <w:rPr>
                <w:b/>
                <w:sz w:val="16"/>
                <w:szCs w:val="16"/>
              </w:rPr>
              <w:t>ACCESO A LA INFORMACIÓN PÚBLICA DEL ESTADO DE QUINTANA ROO</w:t>
            </w:r>
          </w:p>
        </w:tc>
      </w:tr>
      <w:tr w:rsidR="00A07201" w:rsidRPr="00C56CFE" w14:paraId="59C82CA6" w14:textId="77777777" w:rsidTr="00F55433">
        <w:trPr>
          <w:jc w:val="center"/>
        </w:trPr>
        <w:tc>
          <w:tcPr>
            <w:tcW w:w="10368" w:type="dxa"/>
          </w:tcPr>
          <w:p w14:paraId="6EC3CFCE" w14:textId="1519B4DD" w:rsidR="00A07201" w:rsidRPr="005A35B3" w:rsidRDefault="00A07201" w:rsidP="008C3675">
            <w:pPr>
              <w:spacing w:after="0" w:line="240" w:lineRule="auto"/>
              <w:jc w:val="both"/>
              <w:rPr>
                <w:bCs/>
                <w:sz w:val="13"/>
                <w:szCs w:val="13"/>
              </w:rPr>
            </w:pPr>
            <w:r w:rsidRPr="005A35B3">
              <w:rPr>
                <w:bCs/>
                <w:sz w:val="13"/>
                <w:szCs w:val="13"/>
              </w:rPr>
              <w:t xml:space="preserve">En cumplimiento a la Ley General de Protección de Datos Personales en Posesión de Sujetos Obligados y la Ley de Protección de Datos Personales en Posesión de Sujetos Obligados del Estado de Quintana Roo, </w:t>
            </w:r>
            <w:r w:rsidR="005A35B3" w:rsidRPr="005A35B3">
              <w:rPr>
                <w:rFonts w:cs="Arial"/>
                <w:sz w:val="13"/>
                <w:szCs w:val="13"/>
              </w:rPr>
              <w:t>la</w:t>
            </w:r>
            <w:r w:rsidR="005A35B3" w:rsidRPr="005A35B3">
              <w:rPr>
                <w:rFonts w:cs="Arial"/>
                <w:b/>
                <w:bCs/>
                <w:color w:val="EE0000"/>
                <w:sz w:val="13"/>
                <w:szCs w:val="13"/>
              </w:rPr>
              <w:t xml:space="preserve"> </w:t>
            </w:r>
            <w:r w:rsidR="005A35B3" w:rsidRPr="005A35B3">
              <w:rPr>
                <w:rFonts w:cs="Arial"/>
                <w:sz w:val="13"/>
                <w:szCs w:val="13"/>
              </w:rPr>
              <w:t xml:space="preserve">Administración Portuaria Integral de Quintana Roo, S.A. de C.V., </w:t>
            </w:r>
            <w:r w:rsidRPr="005A35B3">
              <w:rPr>
                <w:bCs/>
                <w:color w:val="C00000"/>
                <w:sz w:val="13"/>
                <w:szCs w:val="13"/>
              </w:rPr>
              <w:t xml:space="preserve"> </w:t>
            </w:r>
            <w:r w:rsidRPr="005A35B3">
              <w:rPr>
                <w:bCs/>
                <w:sz w:val="13"/>
                <w:szCs w:val="13"/>
              </w:rPr>
              <w:t xml:space="preserve">con domicilio ubicado en </w:t>
            </w:r>
            <w:r w:rsidR="005A35B3" w:rsidRPr="005A35B3">
              <w:rPr>
                <w:rFonts w:cs="Arial"/>
                <w:sz w:val="13"/>
                <w:szCs w:val="13"/>
              </w:rPr>
              <w:t>calle 22 de enero, número 261, Col. Centro, Chetumal, Quintana Roo, C.P. 77000</w:t>
            </w:r>
            <w:r w:rsidRPr="005A35B3">
              <w:rPr>
                <w:bCs/>
                <w:sz w:val="13"/>
                <w:szCs w:val="13"/>
              </w:rPr>
              <w:t xml:space="preserve">, en su calidad de Sujeto Obligado informa que es el responsable del tratamiento de los Datos Personales que proporcione, los cuales serán protegidos de conformidad con lo dispuesto en los citados ordenamientos y demás que resulten aplicables. </w:t>
            </w:r>
          </w:p>
          <w:p w14:paraId="724D61F8" w14:textId="77777777" w:rsidR="00A07201" w:rsidRPr="00FC057E" w:rsidRDefault="00A07201" w:rsidP="008C3675">
            <w:pPr>
              <w:spacing w:after="0" w:line="240" w:lineRule="auto"/>
              <w:jc w:val="both"/>
              <w:rPr>
                <w:bCs/>
                <w:sz w:val="13"/>
                <w:szCs w:val="13"/>
              </w:rPr>
            </w:pPr>
          </w:p>
          <w:p w14:paraId="2D89B952" w14:textId="77777777" w:rsidR="00A07201" w:rsidRPr="00FC057E" w:rsidRDefault="00A07201" w:rsidP="008C3675">
            <w:pPr>
              <w:spacing w:after="0" w:line="240" w:lineRule="auto"/>
              <w:jc w:val="both"/>
              <w:rPr>
                <w:b/>
                <w:sz w:val="13"/>
                <w:szCs w:val="13"/>
              </w:rPr>
            </w:pPr>
            <w:r w:rsidRPr="00FC057E">
              <w:rPr>
                <w:b/>
                <w:sz w:val="13"/>
                <w:szCs w:val="13"/>
              </w:rPr>
              <w:t xml:space="preserve">¿Qué datos personales se recaban y para qué finalidad? </w:t>
            </w:r>
          </w:p>
          <w:p w14:paraId="20FCAF05" w14:textId="77777777" w:rsidR="00A07201" w:rsidRPr="00FC057E" w:rsidRDefault="00A07201" w:rsidP="008C3675">
            <w:pPr>
              <w:spacing w:after="0" w:line="240" w:lineRule="auto"/>
              <w:jc w:val="both"/>
              <w:rPr>
                <w:bCs/>
                <w:sz w:val="13"/>
                <w:szCs w:val="13"/>
              </w:rPr>
            </w:pPr>
          </w:p>
          <w:p w14:paraId="47986A61" w14:textId="77D0BE4D" w:rsidR="00A07201" w:rsidRPr="00FC057E" w:rsidRDefault="00A07201" w:rsidP="008C3675">
            <w:pPr>
              <w:spacing w:after="0" w:line="240" w:lineRule="auto"/>
              <w:jc w:val="both"/>
              <w:rPr>
                <w:bCs/>
                <w:sz w:val="13"/>
                <w:szCs w:val="13"/>
              </w:rPr>
            </w:pPr>
            <w:r w:rsidRPr="00FC057E">
              <w:rPr>
                <w:bCs/>
                <w:sz w:val="13"/>
                <w:szCs w:val="13"/>
              </w:rPr>
              <w:t xml:space="preserve">Los datos personales que proporcione en el recurso de revisión que se presente ante </w:t>
            </w:r>
            <w:r w:rsidR="00384F28">
              <w:rPr>
                <w:bCs/>
                <w:sz w:val="13"/>
                <w:szCs w:val="13"/>
              </w:rPr>
              <w:t xml:space="preserve">la </w:t>
            </w:r>
            <w:r w:rsidR="00384F28" w:rsidRPr="005A35B3">
              <w:rPr>
                <w:rFonts w:cs="Arial"/>
                <w:sz w:val="13"/>
                <w:szCs w:val="13"/>
              </w:rPr>
              <w:t xml:space="preserve">Administración Portuaria Integral de Quintana Roo, S.A. de </w:t>
            </w:r>
            <w:proofErr w:type="gramStart"/>
            <w:r w:rsidR="00384F28" w:rsidRPr="005A35B3">
              <w:rPr>
                <w:rFonts w:cs="Arial"/>
                <w:sz w:val="13"/>
                <w:szCs w:val="13"/>
              </w:rPr>
              <w:t>C.V.,</w:t>
            </w:r>
            <w:r w:rsidRPr="00FC057E">
              <w:rPr>
                <w:bCs/>
                <w:sz w:val="13"/>
                <w:szCs w:val="13"/>
              </w:rPr>
              <w:t>,</w:t>
            </w:r>
            <w:proofErr w:type="gramEnd"/>
            <w:r w:rsidRPr="00FC057E">
              <w:rPr>
                <w:bCs/>
                <w:sz w:val="13"/>
                <w:szCs w:val="13"/>
              </w:rPr>
              <w:t xml:space="preserve"> por: </w:t>
            </w:r>
          </w:p>
          <w:p w14:paraId="56AACD0F" w14:textId="656F04DA" w:rsidR="00A07201" w:rsidRPr="00FC057E" w:rsidRDefault="00A07201" w:rsidP="008C3675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ind w:left="0"/>
              <w:jc w:val="both"/>
              <w:rPr>
                <w:bCs/>
                <w:sz w:val="13"/>
                <w:szCs w:val="13"/>
              </w:rPr>
            </w:pPr>
            <w:r w:rsidRPr="00FC057E">
              <w:rPr>
                <w:bCs/>
                <w:sz w:val="13"/>
                <w:szCs w:val="13"/>
              </w:rPr>
              <w:t xml:space="preserve">Por escrito: a) Libre o en el formato que corresponda, presentado de manera directa y personal en la oficina u oficinas de la Unidad de Transparencia, designadas para ello; b) A través de correo postal ordinario o certificado, o c) A través de servicio de mensajería; </w:t>
            </w:r>
          </w:p>
          <w:p w14:paraId="3089F72E" w14:textId="4B185A29" w:rsidR="00A07201" w:rsidRPr="00FC057E" w:rsidRDefault="00A07201" w:rsidP="008C3675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ind w:left="0"/>
              <w:jc w:val="both"/>
              <w:rPr>
                <w:bCs/>
                <w:sz w:val="13"/>
                <w:szCs w:val="13"/>
              </w:rPr>
            </w:pPr>
            <w:r w:rsidRPr="00FC057E">
              <w:rPr>
                <w:bCs/>
                <w:sz w:val="13"/>
                <w:szCs w:val="13"/>
              </w:rPr>
              <w:t>Por medios electrónicos: a) A través de la Plataforma Nacional, por medio de su Sistema de Gestión de Medios de Impugnación o b) A través de cualquier otro aprobado por el Sistema Nacional, de conformidad con el artículo 45 fracción II de la Ley General, que son los medios y modalidades previstos en el artículo 158 de la Ley de Transparencia y Acceso a la Información Pública del Estado de Quintana Roo.</w:t>
            </w:r>
          </w:p>
          <w:p w14:paraId="4BF6061A" w14:textId="77777777" w:rsidR="00A07201" w:rsidRPr="00FC057E" w:rsidRDefault="00A07201" w:rsidP="008C3675">
            <w:pPr>
              <w:spacing w:after="0" w:line="240" w:lineRule="auto"/>
              <w:jc w:val="both"/>
              <w:rPr>
                <w:bCs/>
                <w:sz w:val="13"/>
                <w:szCs w:val="13"/>
              </w:rPr>
            </w:pPr>
            <w:r w:rsidRPr="00FC057E">
              <w:rPr>
                <w:bCs/>
                <w:sz w:val="13"/>
                <w:szCs w:val="13"/>
              </w:rPr>
              <w:t xml:space="preserve">Se utilizarán para las siguientes finalidades: </w:t>
            </w:r>
          </w:p>
          <w:p w14:paraId="777E5191" w14:textId="77777777" w:rsidR="00B74072" w:rsidRPr="00FC057E" w:rsidRDefault="00A07201" w:rsidP="008C3675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ind w:left="0"/>
              <w:jc w:val="both"/>
              <w:rPr>
                <w:bCs/>
                <w:color w:val="C00000"/>
                <w:sz w:val="13"/>
                <w:szCs w:val="13"/>
              </w:rPr>
            </w:pPr>
            <w:r w:rsidRPr="00FC057E">
              <w:rPr>
                <w:bCs/>
                <w:sz w:val="13"/>
                <w:szCs w:val="13"/>
              </w:rPr>
              <w:t xml:space="preserve">Registrar, abrir, integrar y analizar el expediente respectivo; decretar la prevención, admisión o </w:t>
            </w:r>
            <w:proofErr w:type="spellStart"/>
            <w:r w:rsidRPr="00FC057E">
              <w:rPr>
                <w:bCs/>
                <w:sz w:val="13"/>
                <w:szCs w:val="13"/>
              </w:rPr>
              <w:t>desechami</w:t>
            </w:r>
            <w:r w:rsidR="00B74072" w:rsidRPr="00FC057E">
              <w:rPr>
                <w:bCs/>
                <w:sz w:val="13"/>
                <w:szCs w:val="13"/>
              </w:rPr>
              <w:t>ento</w:t>
            </w:r>
            <w:proofErr w:type="spellEnd"/>
            <w:r w:rsidR="00B74072" w:rsidRPr="00FC057E">
              <w:rPr>
                <w:bCs/>
                <w:sz w:val="13"/>
                <w:szCs w:val="13"/>
              </w:rPr>
              <w:t xml:space="preserve"> del recurso de revisión, </w:t>
            </w:r>
            <w:r w:rsidRPr="00FC057E">
              <w:rPr>
                <w:bCs/>
                <w:sz w:val="13"/>
                <w:szCs w:val="13"/>
              </w:rPr>
              <w:t xml:space="preserve">en su caso; </w:t>
            </w:r>
          </w:p>
          <w:p w14:paraId="0A24451C" w14:textId="77777777" w:rsidR="00B74072" w:rsidRPr="00FC057E" w:rsidRDefault="00B74072" w:rsidP="008C3675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ind w:left="0"/>
              <w:jc w:val="both"/>
              <w:rPr>
                <w:bCs/>
                <w:color w:val="C00000"/>
                <w:sz w:val="13"/>
                <w:szCs w:val="13"/>
              </w:rPr>
            </w:pPr>
            <w:r w:rsidRPr="00FC057E">
              <w:rPr>
                <w:bCs/>
                <w:sz w:val="13"/>
                <w:szCs w:val="13"/>
              </w:rPr>
              <w:t>S</w:t>
            </w:r>
            <w:r w:rsidR="00A07201" w:rsidRPr="00FC057E">
              <w:rPr>
                <w:bCs/>
                <w:sz w:val="13"/>
                <w:szCs w:val="13"/>
              </w:rPr>
              <w:t xml:space="preserve">ustanciar los recursos de revisión en los términos previstos en la Ley y demás normatividad aplicable; </w:t>
            </w:r>
          </w:p>
          <w:p w14:paraId="18B8ABDE" w14:textId="77777777" w:rsidR="00B74072" w:rsidRPr="00FC057E" w:rsidRDefault="00B74072" w:rsidP="008C3675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ind w:left="0"/>
              <w:jc w:val="both"/>
              <w:rPr>
                <w:bCs/>
                <w:color w:val="C00000"/>
                <w:sz w:val="13"/>
                <w:szCs w:val="13"/>
              </w:rPr>
            </w:pPr>
            <w:r w:rsidRPr="00FC057E">
              <w:rPr>
                <w:bCs/>
                <w:sz w:val="13"/>
                <w:szCs w:val="13"/>
              </w:rPr>
              <w:t>E</w:t>
            </w:r>
            <w:r w:rsidR="00A07201" w:rsidRPr="00FC057E">
              <w:rPr>
                <w:bCs/>
                <w:sz w:val="13"/>
                <w:szCs w:val="13"/>
              </w:rPr>
              <w:t xml:space="preserve">laborar los proyectos de resolución, así como realizar de manera personal, electrónica, o por estrados, las publicaciones y notificaciones que se deriven de dichos procesos. </w:t>
            </w:r>
          </w:p>
          <w:p w14:paraId="5FA713C5" w14:textId="77777777" w:rsidR="00B74072" w:rsidRPr="00FC057E" w:rsidRDefault="00B74072" w:rsidP="008C3675">
            <w:pPr>
              <w:spacing w:after="0" w:line="240" w:lineRule="auto"/>
              <w:jc w:val="both"/>
              <w:rPr>
                <w:bCs/>
                <w:sz w:val="13"/>
                <w:szCs w:val="13"/>
              </w:rPr>
            </w:pPr>
          </w:p>
          <w:p w14:paraId="7721F628" w14:textId="77777777" w:rsidR="00862F76" w:rsidRPr="00FC057E" w:rsidRDefault="00A07201" w:rsidP="008C3675">
            <w:pPr>
              <w:spacing w:after="0" w:line="240" w:lineRule="auto"/>
              <w:jc w:val="both"/>
              <w:rPr>
                <w:bCs/>
                <w:sz w:val="13"/>
                <w:szCs w:val="13"/>
              </w:rPr>
            </w:pPr>
            <w:r w:rsidRPr="00FC057E">
              <w:rPr>
                <w:bCs/>
                <w:sz w:val="13"/>
                <w:szCs w:val="13"/>
              </w:rPr>
              <w:t xml:space="preserve">Para los fines antes señalados se solicitan los siguientes datos personales: el nombre de la persona que recurre o de su representante y, en su caso, del tercero interesado, </w:t>
            </w:r>
            <w:r w:rsidR="00862F76" w:rsidRPr="00FC057E">
              <w:rPr>
                <w:bCs/>
                <w:sz w:val="13"/>
                <w:szCs w:val="13"/>
              </w:rPr>
              <w:t xml:space="preserve">firma autógrafa, </w:t>
            </w:r>
            <w:r w:rsidRPr="00FC057E">
              <w:rPr>
                <w:bCs/>
                <w:sz w:val="13"/>
                <w:szCs w:val="13"/>
              </w:rPr>
              <w:t>así como la dirección, correo electrónico o folio de la solicitud que señale para recibir notificaciones.</w:t>
            </w:r>
          </w:p>
          <w:p w14:paraId="6750BDF5" w14:textId="77777777" w:rsidR="00862F76" w:rsidRPr="00FC057E" w:rsidRDefault="00862F76" w:rsidP="008C3675">
            <w:pPr>
              <w:spacing w:after="0" w:line="240" w:lineRule="auto"/>
              <w:jc w:val="both"/>
              <w:rPr>
                <w:bCs/>
                <w:sz w:val="13"/>
                <w:szCs w:val="13"/>
              </w:rPr>
            </w:pPr>
          </w:p>
          <w:p w14:paraId="0415DB60" w14:textId="34FF2296" w:rsidR="00B74072" w:rsidRPr="00FC057E" w:rsidRDefault="00862F76" w:rsidP="008C3675">
            <w:pPr>
              <w:spacing w:after="0" w:line="240" w:lineRule="auto"/>
              <w:jc w:val="both"/>
              <w:rPr>
                <w:bCs/>
                <w:sz w:val="13"/>
                <w:szCs w:val="13"/>
              </w:rPr>
            </w:pPr>
            <w:r w:rsidRPr="00FC057E">
              <w:rPr>
                <w:bCs/>
                <w:sz w:val="13"/>
                <w:szCs w:val="13"/>
              </w:rPr>
              <w:t>Datos sensibles: huella digital.</w:t>
            </w:r>
            <w:r w:rsidR="00A07201" w:rsidRPr="00FC057E">
              <w:rPr>
                <w:bCs/>
                <w:sz w:val="13"/>
                <w:szCs w:val="13"/>
              </w:rPr>
              <w:t xml:space="preserve"> </w:t>
            </w:r>
          </w:p>
          <w:p w14:paraId="3899C203" w14:textId="77777777" w:rsidR="00B74072" w:rsidRPr="00FC057E" w:rsidRDefault="00B74072" w:rsidP="008C3675">
            <w:pPr>
              <w:spacing w:after="0" w:line="240" w:lineRule="auto"/>
              <w:jc w:val="both"/>
              <w:rPr>
                <w:bCs/>
                <w:sz w:val="13"/>
                <w:szCs w:val="13"/>
              </w:rPr>
            </w:pPr>
          </w:p>
          <w:p w14:paraId="18F8E463" w14:textId="77777777" w:rsidR="00B74072" w:rsidRPr="00FC057E" w:rsidRDefault="00A07201" w:rsidP="008C3675">
            <w:pPr>
              <w:spacing w:after="0" w:line="240" w:lineRule="auto"/>
              <w:jc w:val="both"/>
              <w:rPr>
                <w:b/>
                <w:sz w:val="13"/>
                <w:szCs w:val="13"/>
              </w:rPr>
            </w:pPr>
            <w:r w:rsidRPr="00FC057E">
              <w:rPr>
                <w:b/>
                <w:sz w:val="13"/>
                <w:szCs w:val="13"/>
              </w:rPr>
              <w:t xml:space="preserve">Transferencia de Datos Personales </w:t>
            </w:r>
          </w:p>
          <w:p w14:paraId="6E97576F" w14:textId="77777777" w:rsidR="00E86BBE" w:rsidRPr="00FC057E" w:rsidRDefault="00E86BBE" w:rsidP="008C3675">
            <w:pPr>
              <w:spacing w:after="0" w:line="240" w:lineRule="auto"/>
              <w:jc w:val="both"/>
              <w:rPr>
                <w:b/>
                <w:sz w:val="13"/>
                <w:szCs w:val="13"/>
              </w:rPr>
            </w:pPr>
          </w:p>
          <w:p w14:paraId="4B201472" w14:textId="77777777" w:rsidR="00B74072" w:rsidRPr="00FC057E" w:rsidRDefault="00A07201" w:rsidP="008C3675">
            <w:pPr>
              <w:spacing w:after="0" w:line="240" w:lineRule="auto"/>
              <w:jc w:val="both"/>
              <w:rPr>
                <w:bCs/>
                <w:sz w:val="13"/>
                <w:szCs w:val="13"/>
              </w:rPr>
            </w:pPr>
            <w:r w:rsidRPr="00FC057E">
              <w:rPr>
                <w:bCs/>
                <w:sz w:val="13"/>
                <w:szCs w:val="13"/>
              </w:rPr>
              <w:t xml:space="preserve">Se informa que no se realizarán transferencias de datos personales a terceras personas, distintas a las partes que intervienen en el </w:t>
            </w:r>
            <w:r w:rsidR="00B74072" w:rsidRPr="00FC057E">
              <w:rPr>
                <w:bCs/>
                <w:sz w:val="13"/>
                <w:szCs w:val="13"/>
              </w:rPr>
              <w:t>recurso de revisión, salv</w:t>
            </w:r>
            <w:r w:rsidRPr="00FC057E">
              <w:rPr>
                <w:bCs/>
                <w:sz w:val="13"/>
                <w:szCs w:val="13"/>
              </w:rPr>
              <w:t xml:space="preserve">o aquéllas que sean necesarias para atender requerimientos de información de autoridad competente, que estén debidamente fundados y motivados. </w:t>
            </w:r>
          </w:p>
          <w:p w14:paraId="7A6397EC" w14:textId="73391136" w:rsidR="00A07201" w:rsidRPr="00B74072" w:rsidRDefault="00A07201" w:rsidP="008C3675">
            <w:pPr>
              <w:spacing w:after="0" w:line="240" w:lineRule="auto"/>
              <w:jc w:val="both"/>
              <w:rPr>
                <w:bCs/>
                <w:color w:val="C00000"/>
                <w:sz w:val="16"/>
                <w:szCs w:val="16"/>
              </w:rPr>
            </w:pPr>
            <w:r w:rsidRPr="00FC057E">
              <w:rPr>
                <w:bCs/>
                <w:sz w:val="13"/>
                <w:szCs w:val="13"/>
              </w:rPr>
              <w:t xml:space="preserve">Usted podrá consultar el Aviso de Privacidad Integral en el sitio web del </w:t>
            </w:r>
            <w:proofErr w:type="gramStart"/>
            <w:r w:rsidR="00384F28" w:rsidRPr="00384F28">
              <w:rPr>
                <w:bCs/>
                <w:sz w:val="13"/>
                <w:szCs w:val="13"/>
              </w:rPr>
              <w:t>https://www.apiqroo.com.mx/transparencia/</w:t>
            </w:r>
            <w:r w:rsidR="00384F28" w:rsidRPr="00FC057E">
              <w:rPr>
                <w:bCs/>
                <w:sz w:val="13"/>
                <w:szCs w:val="13"/>
              </w:rPr>
              <w:t xml:space="preserve"> </w:t>
            </w:r>
            <w:r w:rsidR="00B74072" w:rsidRPr="00FC057E">
              <w:rPr>
                <w:bCs/>
                <w:sz w:val="13"/>
                <w:szCs w:val="13"/>
              </w:rPr>
              <w:t xml:space="preserve"> o</w:t>
            </w:r>
            <w:proofErr w:type="gramEnd"/>
            <w:r w:rsidR="00B74072" w:rsidRPr="00FC057E">
              <w:rPr>
                <w:bCs/>
                <w:sz w:val="13"/>
                <w:szCs w:val="13"/>
              </w:rPr>
              <w:t xml:space="preserve"> domicilio de</w:t>
            </w:r>
            <w:r w:rsidR="00384F28">
              <w:rPr>
                <w:bCs/>
                <w:sz w:val="13"/>
                <w:szCs w:val="13"/>
              </w:rPr>
              <w:t xml:space="preserve"> </w:t>
            </w:r>
            <w:r w:rsidR="00B74072" w:rsidRPr="00FC057E">
              <w:rPr>
                <w:bCs/>
                <w:sz w:val="13"/>
                <w:szCs w:val="13"/>
              </w:rPr>
              <w:t>l</w:t>
            </w:r>
            <w:r w:rsidR="00384F28">
              <w:rPr>
                <w:bCs/>
                <w:sz w:val="13"/>
                <w:szCs w:val="13"/>
              </w:rPr>
              <w:t>a</w:t>
            </w:r>
            <w:r w:rsidR="00B74072" w:rsidRPr="00FC057E">
              <w:rPr>
                <w:bCs/>
                <w:sz w:val="13"/>
                <w:szCs w:val="13"/>
              </w:rPr>
              <w:t xml:space="preserve"> </w:t>
            </w:r>
            <w:r w:rsidR="00384F28" w:rsidRPr="005A35B3">
              <w:rPr>
                <w:rFonts w:cs="Arial"/>
                <w:sz w:val="13"/>
                <w:szCs w:val="13"/>
              </w:rPr>
              <w:t>Administración Portuaria Integral de Quintana Roo, S.A. de C.V.</w:t>
            </w:r>
          </w:p>
        </w:tc>
      </w:tr>
    </w:tbl>
    <w:p w14:paraId="4A00931E" w14:textId="77777777" w:rsidR="00E8024F" w:rsidRPr="00091D37" w:rsidRDefault="00E8024F">
      <w:pPr>
        <w:spacing w:after="0" w:line="240" w:lineRule="auto"/>
        <w:rPr>
          <w:b/>
        </w:rPr>
      </w:pPr>
    </w:p>
    <w:sectPr w:rsidR="00E8024F" w:rsidRPr="00091D37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648" w:right="936" w:bottom="648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26216" w14:textId="77777777" w:rsidR="00701EEB" w:rsidRPr="00091D37" w:rsidRDefault="00701EEB" w:rsidP="00165C7E">
      <w:pPr>
        <w:spacing w:after="0" w:line="240" w:lineRule="auto"/>
      </w:pPr>
      <w:r w:rsidRPr="00091D37">
        <w:separator/>
      </w:r>
    </w:p>
  </w:endnote>
  <w:endnote w:type="continuationSeparator" w:id="0">
    <w:p w14:paraId="4862FCC3" w14:textId="77777777" w:rsidR="00701EEB" w:rsidRPr="00091D37" w:rsidRDefault="00701EEB" w:rsidP="00165C7E">
      <w:pPr>
        <w:spacing w:after="0" w:line="240" w:lineRule="auto"/>
      </w:pPr>
      <w:r w:rsidRPr="00091D3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5F140" w14:textId="77777777" w:rsidR="00D755A2" w:rsidRDefault="00D755A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26299" w14:textId="77777777" w:rsidR="00D755A2" w:rsidRDefault="00D755A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06C13" w14:textId="77777777" w:rsidR="00D755A2" w:rsidRDefault="00D755A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A4B94" w14:textId="77777777" w:rsidR="00701EEB" w:rsidRPr="00091D37" w:rsidRDefault="00701EEB" w:rsidP="00165C7E">
      <w:pPr>
        <w:spacing w:after="0" w:line="240" w:lineRule="auto"/>
      </w:pPr>
      <w:r w:rsidRPr="00091D37">
        <w:separator/>
      </w:r>
    </w:p>
  </w:footnote>
  <w:footnote w:type="continuationSeparator" w:id="0">
    <w:p w14:paraId="38C58894" w14:textId="77777777" w:rsidR="00701EEB" w:rsidRPr="00091D37" w:rsidRDefault="00701EEB" w:rsidP="00165C7E">
      <w:pPr>
        <w:spacing w:after="0" w:line="240" w:lineRule="auto"/>
      </w:pPr>
      <w:r w:rsidRPr="00091D3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49A36" w14:textId="77777777" w:rsidR="00D755A2" w:rsidRDefault="00D755A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B59CF" w14:textId="6EFC495E" w:rsidR="009C41E7" w:rsidRDefault="008C3675" w:rsidP="007006B1">
    <w:pPr>
      <w:spacing w:after="0" w:line="240" w:lineRule="auto"/>
      <w:ind w:right="-994"/>
      <w:rPr>
        <w:rFonts w:cs="Arial"/>
        <w:b/>
        <w:bCs/>
        <w:szCs w:val="20"/>
      </w:rPr>
    </w:pPr>
    <w:r>
      <w:rPr>
        <w:rFonts w:cs="Arial"/>
        <w:b/>
        <w:noProof/>
        <w:color w:val="000000"/>
        <w:lang w:eastAsia="es-MX"/>
      </w:rPr>
      <w:drawing>
        <wp:anchor distT="0" distB="0" distL="114300" distR="114300" simplePos="0" relativeHeight="251661312" behindDoc="1" locked="0" layoutInCell="1" allowOverlap="1" wp14:anchorId="1B2F85DF" wp14:editId="277CB505">
          <wp:simplePos x="0" y="0"/>
          <wp:positionH relativeFrom="column">
            <wp:posOffset>0</wp:posOffset>
          </wp:positionH>
          <wp:positionV relativeFrom="paragraph">
            <wp:posOffset>-146202</wp:posOffset>
          </wp:positionV>
          <wp:extent cx="2124075" cy="524510"/>
          <wp:effectExtent l="0" t="0" r="9525" b="889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524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52E41E8" w14:textId="65459A4A" w:rsidR="009C41E7" w:rsidRDefault="009C41E7" w:rsidP="007006B1">
    <w:pPr>
      <w:spacing w:after="0" w:line="240" w:lineRule="auto"/>
      <w:ind w:right="-994"/>
      <w:rPr>
        <w:rFonts w:cs="Arial"/>
        <w:b/>
        <w:bCs/>
        <w:szCs w:val="20"/>
      </w:rPr>
    </w:pPr>
  </w:p>
  <w:p w14:paraId="1C7BF4B9" w14:textId="665959B0" w:rsidR="009C41E7" w:rsidRDefault="009C41E7" w:rsidP="007006B1">
    <w:pPr>
      <w:spacing w:after="0" w:line="240" w:lineRule="auto"/>
      <w:ind w:right="-994"/>
      <w:rPr>
        <w:rFonts w:cs="Arial"/>
        <w:b/>
        <w:bCs/>
        <w:szCs w:val="20"/>
      </w:rPr>
    </w:pPr>
  </w:p>
  <w:p w14:paraId="4149200A" w14:textId="77777777" w:rsidR="008C3675" w:rsidRDefault="008C3675" w:rsidP="008C3675">
    <w:pPr>
      <w:spacing w:after="0" w:line="240" w:lineRule="auto"/>
      <w:ind w:right="-994"/>
      <w:rPr>
        <w:rFonts w:cs="Arial"/>
        <w:bCs/>
        <w:szCs w:val="20"/>
      </w:rPr>
    </w:pPr>
  </w:p>
  <w:p w14:paraId="42CD71F2" w14:textId="77777777" w:rsidR="00FC057E" w:rsidRDefault="00FC057E" w:rsidP="00FC057E">
    <w:pPr>
      <w:spacing w:after="0" w:line="240" w:lineRule="auto"/>
      <w:ind w:right="20"/>
      <w:jc w:val="center"/>
      <w:rPr>
        <w:rFonts w:cs="Arial"/>
        <w:b/>
        <w:sz w:val="24"/>
        <w:szCs w:val="24"/>
      </w:rPr>
    </w:pPr>
    <w:r w:rsidRPr="00FC057E">
      <w:rPr>
        <w:rFonts w:cs="Arial"/>
        <w:b/>
        <w:sz w:val="24"/>
        <w:szCs w:val="24"/>
      </w:rPr>
      <w:t xml:space="preserve">Formato de recepción de recursos de revisión en materia de </w:t>
    </w:r>
  </w:p>
  <w:p w14:paraId="3501B37A" w14:textId="2893A27E" w:rsidR="008C3675" w:rsidRPr="00FC057E" w:rsidRDefault="00FC057E" w:rsidP="00FC057E">
    <w:pPr>
      <w:spacing w:after="0" w:line="240" w:lineRule="auto"/>
      <w:ind w:right="20"/>
      <w:jc w:val="center"/>
      <w:rPr>
        <w:rFonts w:cs="Arial"/>
        <w:b/>
        <w:bCs/>
        <w:sz w:val="24"/>
        <w:szCs w:val="24"/>
      </w:rPr>
    </w:pPr>
    <w:r w:rsidRPr="00FC057E">
      <w:rPr>
        <w:rFonts w:cs="Arial"/>
        <w:b/>
        <w:sz w:val="24"/>
        <w:szCs w:val="24"/>
      </w:rPr>
      <w:t>acceso a la información pública</w:t>
    </w:r>
  </w:p>
  <w:p w14:paraId="5152F584" w14:textId="77777777" w:rsidR="00FC057E" w:rsidRDefault="00FC057E" w:rsidP="007006B1">
    <w:pPr>
      <w:spacing w:after="0" w:line="240" w:lineRule="auto"/>
      <w:ind w:right="-994"/>
      <w:rPr>
        <w:rFonts w:cs="Arial"/>
        <w:b/>
        <w:bCs/>
        <w:szCs w:val="20"/>
      </w:rPr>
    </w:pPr>
  </w:p>
  <w:p w14:paraId="2B8E248F" w14:textId="588D8249" w:rsidR="00165C7E" w:rsidRDefault="00165C7E" w:rsidP="007006B1">
    <w:pPr>
      <w:spacing w:after="0" w:line="240" w:lineRule="auto"/>
      <w:ind w:right="-994"/>
      <w:rPr>
        <w:szCs w:val="20"/>
      </w:rPr>
    </w:pPr>
    <w:r w:rsidRPr="006516B6">
      <w:rPr>
        <w:rFonts w:cs="Arial"/>
        <w:b/>
        <w:bCs/>
        <w:szCs w:val="20"/>
      </w:rPr>
      <w:t>Nombre del Sujeto Obligado:</w:t>
    </w:r>
    <w:r w:rsidRPr="006516B6">
      <w:rPr>
        <w:szCs w:val="20"/>
      </w:rPr>
      <w:t xml:space="preserve"> </w:t>
    </w:r>
    <w:r w:rsidR="00DE269F">
      <w:rPr>
        <w:szCs w:val="20"/>
      </w:rPr>
      <w:t>ADMINISTRACIÓN PORTUARIA INTEGRAL DE QUINTANA ROO, S.A. DE C.V.</w:t>
    </w:r>
  </w:p>
  <w:p w14:paraId="70AF4821" w14:textId="77777777" w:rsidR="008C3675" w:rsidRPr="006516B6" w:rsidRDefault="008C3675" w:rsidP="007006B1">
    <w:pPr>
      <w:spacing w:after="0" w:line="240" w:lineRule="auto"/>
      <w:ind w:right="-994"/>
      <w:rPr>
        <w:rFonts w:cs="Arial"/>
        <w:b/>
        <w:bCs/>
        <w:u w:val="singl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9A387" w14:textId="77777777" w:rsidR="00D755A2" w:rsidRDefault="00D755A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384560F"/>
    <w:multiLevelType w:val="hybridMultilevel"/>
    <w:tmpl w:val="E3EEABA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0F0CE5"/>
    <w:multiLevelType w:val="hybridMultilevel"/>
    <w:tmpl w:val="D90C43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3469D6"/>
    <w:multiLevelType w:val="hybridMultilevel"/>
    <w:tmpl w:val="F124A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715E8B"/>
    <w:multiLevelType w:val="hybridMultilevel"/>
    <w:tmpl w:val="5CF8F6F0"/>
    <w:lvl w:ilvl="0" w:tplc="E62E08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0D62F1"/>
    <w:multiLevelType w:val="hybridMultilevel"/>
    <w:tmpl w:val="220801D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643F5F"/>
    <w:multiLevelType w:val="hybridMultilevel"/>
    <w:tmpl w:val="7608AF8C"/>
    <w:lvl w:ilvl="0" w:tplc="080A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1540761">
    <w:abstractNumId w:val="8"/>
  </w:num>
  <w:num w:numId="2" w16cid:durableId="1284455622">
    <w:abstractNumId w:val="6"/>
  </w:num>
  <w:num w:numId="3" w16cid:durableId="2018920628">
    <w:abstractNumId w:val="5"/>
  </w:num>
  <w:num w:numId="4" w16cid:durableId="1557007348">
    <w:abstractNumId w:val="4"/>
  </w:num>
  <w:num w:numId="5" w16cid:durableId="1342783109">
    <w:abstractNumId w:val="7"/>
  </w:num>
  <w:num w:numId="6" w16cid:durableId="1086615558">
    <w:abstractNumId w:val="3"/>
  </w:num>
  <w:num w:numId="7" w16cid:durableId="1391153519">
    <w:abstractNumId w:val="2"/>
  </w:num>
  <w:num w:numId="8" w16cid:durableId="131099613">
    <w:abstractNumId w:val="1"/>
  </w:num>
  <w:num w:numId="9" w16cid:durableId="307826041">
    <w:abstractNumId w:val="0"/>
  </w:num>
  <w:num w:numId="10" w16cid:durableId="529102065">
    <w:abstractNumId w:val="9"/>
  </w:num>
  <w:num w:numId="11" w16cid:durableId="553586227">
    <w:abstractNumId w:val="12"/>
  </w:num>
  <w:num w:numId="12" w16cid:durableId="717777431">
    <w:abstractNumId w:val="11"/>
  </w:num>
  <w:num w:numId="13" w16cid:durableId="1702197090">
    <w:abstractNumId w:val="14"/>
  </w:num>
  <w:num w:numId="14" w16cid:durableId="1558124749">
    <w:abstractNumId w:val="10"/>
  </w:num>
  <w:num w:numId="15" w16cid:durableId="74518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34B6"/>
    <w:rsid w:val="00091D37"/>
    <w:rsid w:val="0015074B"/>
    <w:rsid w:val="00165C7E"/>
    <w:rsid w:val="0018361C"/>
    <w:rsid w:val="00193E53"/>
    <w:rsid w:val="001B70C6"/>
    <w:rsid w:val="001C3380"/>
    <w:rsid w:val="001C5691"/>
    <w:rsid w:val="0029639D"/>
    <w:rsid w:val="003063EC"/>
    <w:rsid w:val="00326F90"/>
    <w:rsid w:val="003543F0"/>
    <w:rsid w:val="00375555"/>
    <w:rsid w:val="00384F28"/>
    <w:rsid w:val="00433ABD"/>
    <w:rsid w:val="00473B3D"/>
    <w:rsid w:val="004859E1"/>
    <w:rsid w:val="004B36EE"/>
    <w:rsid w:val="00510329"/>
    <w:rsid w:val="005A35B3"/>
    <w:rsid w:val="005C407A"/>
    <w:rsid w:val="005F14B1"/>
    <w:rsid w:val="006516B6"/>
    <w:rsid w:val="006702A4"/>
    <w:rsid w:val="007006B1"/>
    <w:rsid w:val="00701EEB"/>
    <w:rsid w:val="007B7B71"/>
    <w:rsid w:val="007D56B0"/>
    <w:rsid w:val="00862F76"/>
    <w:rsid w:val="00875BCD"/>
    <w:rsid w:val="00880277"/>
    <w:rsid w:val="008C0B5E"/>
    <w:rsid w:val="008C3675"/>
    <w:rsid w:val="00951AD2"/>
    <w:rsid w:val="00987E4A"/>
    <w:rsid w:val="009C41E7"/>
    <w:rsid w:val="009D7342"/>
    <w:rsid w:val="009E3ABF"/>
    <w:rsid w:val="00A07201"/>
    <w:rsid w:val="00A1631E"/>
    <w:rsid w:val="00A34A48"/>
    <w:rsid w:val="00AA1D8D"/>
    <w:rsid w:val="00B11091"/>
    <w:rsid w:val="00B47730"/>
    <w:rsid w:val="00B74072"/>
    <w:rsid w:val="00B84E0C"/>
    <w:rsid w:val="00C26726"/>
    <w:rsid w:val="00C50977"/>
    <w:rsid w:val="00CB0664"/>
    <w:rsid w:val="00D41DB1"/>
    <w:rsid w:val="00D606D0"/>
    <w:rsid w:val="00D63616"/>
    <w:rsid w:val="00D755A2"/>
    <w:rsid w:val="00DE269F"/>
    <w:rsid w:val="00E8024F"/>
    <w:rsid w:val="00E86BBE"/>
    <w:rsid w:val="00FB4D6B"/>
    <w:rsid w:val="00FC057E"/>
    <w:rsid w:val="00FC693F"/>
    <w:rsid w:val="00FF5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F86D515"/>
  <w14:defaultImageDpi w14:val="300"/>
  <w15:docId w15:val="{9E219E01-0924-407A-8E9E-AB88110BA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0"/>
      <w:lang w:val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nculo">
    <w:name w:val="Hyperlink"/>
    <w:basedOn w:val="Fuentedeprrafopredeter"/>
    <w:uiPriority w:val="99"/>
    <w:unhideWhenUsed/>
    <w:rsid w:val="00384F28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84F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1366</Words>
  <Characters>7519</Characters>
  <Application>Microsoft Office Word</Application>
  <DocSecurity>0</DocSecurity>
  <Lines>62</Lines>
  <Paragraphs>17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8868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Carim Baeza</cp:lastModifiedBy>
  <cp:revision>3</cp:revision>
  <dcterms:created xsi:type="dcterms:W3CDTF">2026-08-17T20:58:00Z</dcterms:created>
  <dcterms:modified xsi:type="dcterms:W3CDTF">2026-10-19T20:47:00Z</dcterms:modified>
  <cp:category/>
</cp:coreProperties>
</file>